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Pr="00121688" w:rsidRDefault="003177D5">
      <w:pPr>
        <w:spacing w:after="160"/>
        <w:jc w:val="both"/>
        <w:rPr>
          <w:rFonts w:ascii="Cambria" w:hAnsi="Cambria"/>
          <w:lang w:val="ro-RO"/>
        </w:rPr>
      </w:pPr>
      <w:r w:rsidRPr="00121688">
        <w:rPr>
          <w:rFonts w:ascii="Cambria" w:hAnsi="Cambria"/>
          <w:b/>
          <w:sz w:val="17"/>
          <w:lang w:val="ro-RO"/>
        </w:rPr>
        <w:t>Declarația pe propria răspundere care se depune conform prevederilor art. 93 alin. (4), art. 262 alin. (1) lit. m) și art. 269 alin. (16) din Legea nr. 169/2026 privind Codul Amenajării Teritoriului, Urbanismului și Construcțiilor</w:t>
      </w:r>
    </w:p>
    <w:tbl>
      <w:tblPr>
        <w:tblW w:w="9639" w:type="dxa"/>
        <w:jc w:val="center"/>
        <w:tblLayout w:type="fixed"/>
        <w:tblCellMar>
          <w:top w:w="28" w:type="dxa"/>
          <w:bottom w:w="28" w:type="dxa"/>
        </w:tblCellMar>
        <w:tblLook w:val="04A0" w:firstRow="1" w:lastRow="0" w:firstColumn="1" w:lastColumn="0" w:noHBand="0" w:noVBand="1"/>
      </w:tblPr>
      <w:tblGrid>
        <w:gridCol w:w="1582"/>
        <w:gridCol w:w="3014"/>
        <w:gridCol w:w="1729"/>
        <w:gridCol w:w="3314"/>
      </w:tblGrid>
      <w:tr w:rsidR="00121688" w:rsidRPr="00302EDE" w14:paraId="3C1016C2" w14:textId="77777777" w:rsidTr="002B7975">
        <w:trPr>
          <w:jc w:val="center"/>
        </w:trPr>
        <w:tc>
          <w:tcPr>
            <w:tcW w:w="1558" w:type="dxa"/>
            <w:vMerge w:val="restart"/>
            <w:tcBorders>
              <w:top w:val="single" w:sz="3" w:space="0" w:color="767676"/>
              <w:left w:val="single" w:sz="3" w:space="0" w:color="767676"/>
              <w:bottom w:val="single" w:sz="4" w:space="0" w:color="767676"/>
              <w:right w:val="single" w:sz="3" w:space="0" w:color="767676"/>
            </w:tcBorders>
            <w:tcMar>
              <w:left w:w="0" w:type="dxa"/>
              <w:right w:w="0" w:type="dxa"/>
            </w:tcMar>
          </w:tcPr>
          <w:p w14:paraId="7A09C596" w14:textId="77777777" w:rsidR="00121688" w:rsidRPr="00302EDE" w:rsidRDefault="00121688" w:rsidP="002B7975">
            <w:pPr>
              <w:jc w:val="center"/>
              <w:rPr>
                <w:rFonts w:ascii="Cambria" w:hAnsi="Cambria"/>
                <w:sz w:val="20"/>
                <w:szCs w:val="20"/>
                <w:lang w:val="ro-RO"/>
              </w:rPr>
            </w:pPr>
            <w:r w:rsidRPr="00302EDE">
              <w:rPr>
                <w:rFonts w:ascii="Cambria" w:hAnsi="Cambria"/>
                <w:noProof/>
                <w:sz w:val="20"/>
                <w:szCs w:val="20"/>
                <w:lang w:val="ro-RO"/>
              </w:rPr>
              <w:drawing>
                <wp:inline distT="0" distB="0" distL="0" distR="0" wp14:anchorId="65DD1521" wp14:editId="6D808986">
                  <wp:extent cx="841972" cy="1298040"/>
                  <wp:effectExtent l="0" t="0" r="0" b="0"/>
                  <wp:docPr id="1824368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2578" cy="1314390"/>
                          </a:xfrm>
                          <a:prstGeom prst="rect">
                            <a:avLst/>
                          </a:prstGeom>
                          <a:noFill/>
                        </pic:spPr>
                      </pic:pic>
                    </a:graphicData>
                  </a:graphic>
                </wp:inline>
              </w:drawing>
            </w:r>
          </w:p>
        </w:tc>
        <w:tc>
          <w:tcPr>
            <w:tcW w:w="7940" w:type="dxa"/>
            <w:gridSpan w:val="3"/>
            <w:tcBorders>
              <w:top w:val="single" w:sz="3" w:space="0" w:color="767676"/>
              <w:left w:val="single" w:sz="3" w:space="0" w:color="767676"/>
              <w:bottom w:val="single" w:sz="3" w:space="0" w:color="767676"/>
              <w:right w:val="single" w:sz="3" w:space="0" w:color="767676"/>
            </w:tcBorders>
            <w:shd w:val="clear" w:color="auto" w:fill="EFEFEF"/>
            <w:tcMar>
              <w:left w:w="0" w:type="dxa"/>
              <w:right w:w="0" w:type="dxa"/>
            </w:tcMar>
          </w:tcPr>
          <w:p w14:paraId="63EDFD02" w14:textId="77777777" w:rsidR="00121688" w:rsidRPr="00302EDE" w:rsidRDefault="00121688" w:rsidP="002B7975">
            <w:pPr>
              <w:autoSpaceDE w:val="0"/>
              <w:autoSpaceDN w:val="0"/>
              <w:ind w:left="100"/>
              <w:rPr>
                <w:rFonts w:ascii="Cambria" w:hAnsi="Cambria"/>
                <w:sz w:val="20"/>
                <w:szCs w:val="20"/>
                <w:lang w:val="ro-RO"/>
              </w:rPr>
            </w:pPr>
            <w:r w:rsidRPr="00302EDE">
              <w:rPr>
                <w:rFonts w:ascii="Cambria" w:eastAsia="TimesNewRomanPS" w:hAnsi="Cambria"/>
                <w:b/>
                <w:w w:val="97"/>
                <w:sz w:val="20"/>
                <w:szCs w:val="20"/>
                <w:lang w:val="ro-RO"/>
              </w:rPr>
              <w:t>Județul Mureș</w:t>
            </w:r>
          </w:p>
        </w:tc>
      </w:tr>
      <w:tr w:rsidR="00121688" w:rsidRPr="00302EDE" w14:paraId="6EA51E7F" w14:textId="77777777" w:rsidTr="002B7975">
        <w:trPr>
          <w:jc w:val="center"/>
        </w:trPr>
        <w:tc>
          <w:tcPr>
            <w:tcW w:w="1558" w:type="dxa"/>
            <w:vMerge/>
            <w:tcBorders>
              <w:top w:val="single" w:sz="3" w:space="0" w:color="767676"/>
              <w:left w:val="single" w:sz="3" w:space="0" w:color="767676"/>
              <w:bottom w:val="single" w:sz="4" w:space="0" w:color="767676"/>
              <w:right w:val="single" w:sz="3" w:space="0" w:color="767676"/>
            </w:tcBorders>
          </w:tcPr>
          <w:p w14:paraId="5045F2EF" w14:textId="77777777" w:rsidR="00121688" w:rsidRPr="00302EDE" w:rsidRDefault="00121688" w:rsidP="002B7975">
            <w:pPr>
              <w:rPr>
                <w:rFonts w:ascii="Cambria" w:hAnsi="Cambria"/>
                <w:sz w:val="20"/>
                <w:szCs w:val="20"/>
                <w:lang w:val="ro-RO"/>
              </w:rPr>
            </w:pPr>
          </w:p>
        </w:tc>
        <w:tc>
          <w:tcPr>
            <w:tcW w:w="7940" w:type="dxa"/>
            <w:gridSpan w:val="3"/>
            <w:tcBorders>
              <w:top w:val="single" w:sz="3" w:space="0" w:color="767676"/>
              <w:left w:val="single" w:sz="3" w:space="0" w:color="767676"/>
              <w:bottom w:val="single" w:sz="3" w:space="0" w:color="767676"/>
              <w:right w:val="single" w:sz="3" w:space="0" w:color="767676"/>
            </w:tcBorders>
            <w:shd w:val="clear" w:color="auto" w:fill="EFEFEF"/>
            <w:tcMar>
              <w:left w:w="0" w:type="dxa"/>
              <w:right w:w="0" w:type="dxa"/>
            </w:tcMar>
          </w:tcPr>
          <w:p w14:paraId="2685883A" w14:textId="77777777" w:rsidR="00121688" w:rsidRPr="00302EDE" w:rsidRDefault="00121688" w:rsidP="002B7975">
            <w:pPr>
              <w:autoSpaceDE w:val="0"/>
              <w:autoSpaceDN w:val="0"/>
              <w:ind w:left="100"/>
              <w:rPr>
                <w:rFonts w:ascii="Cambria" w:eastAsia="TimesNewRomanPS" w:hAnsi="Cambria"/>
                <w:b/>
                <w:w w:val="97"/>
                <w:sz w:val="20"/>
                <w:szCs w:val="20"/>
                <w:lang w:val="ro-RO"/>
              </w:rPr>
            </w:pPr>
            <w:r w:rsidRPr="00302EDE">
              <w:rPr>
                <w:rFonts w:ascii="Cambria" w:eastAsia="TimesNewRomanPS" w:hAnsi="Cambria"/>
                <w:b/>
                <w:w w:val="97"/>
                <w:sz w:val="20"/>
                <w:szCs w:val="20"/>
                <w:lang w:val="ro-RO"/>
              </w:rPr>
              <w:t>Autoritatea administrației publice</w:t>
            </w:r>
          </w:p>
          <w:p w14:paraId="6BC7E4E5" w14:textId="77777777" w:rsidR="00121688" w:rsidRPr="00302EDE" w:rsidRDefault="00121688" w:rsidP="002B7975">
            <w:pPr>
              <w:autoSpaceDE w:val="0"/>
              <w:autoSpaceDN w:val="0"/>
              <w:ind w:left="100"/>
              <w:rPr>
                <w:rFonts w:ascii="Cambria" w:hAnsi="Cambria"/>
                <w:sz w:val="20"/>
                <w:szCs w:val="20"/>
                <w:lang w:val="ro-RO"/>
              </w:rPr>
            </w:pPr>
            <w:r w:rsidRPr="00302EDE">
              <w:rPr>
                <w:rFonts w:ascii="Cambria" w:eastAsia="TimesNewRomanPS" w:hAnsi="Cambria"/>
                <w:b/>
                <w:w w:val="97"/>
                <w:sz w:val="20"/>
                <w:szCs w:val="20"/>
                <w:lang w:val="ro-RO"/>
              </w:rPr>
              <w:t>Primăria Orașului Luduș</w:t>
            </w:r>
          </w:p>
        </w:tc>
      </w:tr>
      <w:tr w:rsidR="00121688" w:rsidRPr="00155A9D" w14:paraId="1B5358A0" w14:textId="77777777" w:rsidTr="002B7975">
        <w:trPr>
          <w:jc w:val="center"/>
        </w:trPr>
        <w:tc>
          <w:tcPr>
            <w:tcW w:w="1558" w:type="dxa"/>
            <w:vMerge/>
            <w:tcBorders>
              <w:top w:val="single" w:sz="3" w:space="0" w:color="767676"/>
              <w:left w:val="single" w:sz="3" w:space="0" w:color="767676"/>
              <w:bottom w:val="single" w:sz="4" w:space="0" w:color="767676"/>
              <w:right w:val="single" w:sz="3" w:space="0" w:color="767676"/>
            </w:tcBorders>
          </w:tcPr>
          <w:p w14:paraId="4F8FF156" w14:textId="77777777" w:rsidR="00121688" w:rsidRPr="00302EDE" w:rsidRDefault="00121688" w:rsidP="002B7975">
            <w:pPr>
              <w:rPr>
                <w:rFonts w:ascii="Cambria" w:hAnsi="Cambria"/>
                <w:sz w:val="20"/>
                <w:szCs w:val="20"/>
                <w:lang w:val="ro-RO"/>
              </w:rPr>
            </w:pPr>
          </w:p>
        </w:tc>
        <w:tc>
          <w:tcPr>
            <w:tcW w:w="2970" w:type="dxa"/>
            <w:tcBorders>
              <w:top w:val="single" w:sz="3" w:space="0" w:color="767676"/>
              <w:left w:val="single" w:sz="3" w:space="0" w:color="767676"/>
              <w:bottom w:val="single" w:sz="3" w:space="0" w:color="767676"/>
              <w:right w:val="single" w:sz="4" w:space="0" w:color="767676"/>
            </w:tcBorders>
            <w:shd w:val="clear" w:color="auto" w:fill="EFEFEF"/>
            <w:tcMar>
              <w:left w:w="0" w:type="dxa"/>
              <w:right w:w="0" w:type="dxa"/>
            </w:tcMar>
          </w:tcPr>
          <w:p w14:paraId="602A4C2D" w14:textId="77777777" w:rsidR="00121688" w:rsidRPr="00302EDE" w:rsidRDefault="00121688" w:rsidP="002B7975">
            <w:pPr>
              <w:autoSpaceDE w:val="0"/>
              <w:autoSpaceDN w:val="0"/>
              <w:ind w:left="100"/>
              <w:rPr>
                <w:rFonts w:ascii="Cambria" w:eastAsia="TimesNewRomanPS" w:hAnsi="Cambria"/>
                <w:b/>
                <w:w w:val="97"/>
                <w:sz w:val="20"/>
                <w:szCs w:val="20"/>
                <w:lang w:val="ro-RO"/>
              </w:rPr>
            </w:pPr>
            <w:r w:rsidRPr="00302EDE">
              <w:rPr>
                <w:rFonts w:ascii="Cambria" w:eastAsia="TimesNewRomanPS" w:hAnsi="Cambria"/>
                <w:b/>
                <w:w w:val="97"/>
                <w:sz w:val="20"/>
                <w:szCs w:val="20"/>
                <w:lang w:val="ro-RO"/>
              </w:rPr>
              <w:t>Cod de identificare fiscală (CIF)</w:t>
            </w:r>
          </w:p>
          <w:p w14:paraId="51B955AE" w14:textId="77777777" w:rsidR="00121688" w:rsidRPr="00302EDE" w:rsidRDefault="00121688" w:rsidP="002B7975">
            <w:pPr>
              <w:autoSpaceDE w:val="0"/>
              <w:autoSpaceDN w:val="0"/>
              <w:ind w:left="100"/>
              <w:rPr>
                <w:rFonts w:ascii="Cambria" w:hAnsi="Cambria"/>
                <w:sz w:val="20"/>
                <w:szCs w:val="20"/>
                <w:lang w:val="ro-RO"/>
              </w:rPr>
            </w:pPr>
            <w:r w:rsidRPr="00302EDE">
              <w:rPr>
                <w:rFonts w:ascii="Cambria" w:eastAsia="TimesNewRomanPS" w:hAnsi="Cambria"/>
                <w:b/>
                <w:w w:val="97"/>
                <w:sz w:val="20"/>
                <w:szCs w:val="20"/>
                <w:lang w:val="ro-RO"/>
              </w:rPr>
              <w:t>5669317</w:t>
            </w:r>
          </w:p>
        </w:tc>
        <w:tc>
          <w:tcPr>
            <w:tcW w:w="4970" w:type="dxa"/>
            <w:gridSpan w:val="2"/>
            <w:tcBorders>
              <w:top w:val="single" w:sz="3" w:space="0" w:color="767676"/>
              <w:left w:val="single" w:sz="4" w:space="0" w:color="767676"/>
              <w:bottom w:val="single" w:sz="3" w:space="0" w:color="767676"/>
              <w:right w:val="single" w:sz="3" w:space="0" w:color="767676"/>
            </w:tcBorders>
            <w:shd w:val="clear" w:color="auto" w:fill="EFEFEF"/>
            <w:tcMar>
              <w:left w:w="0" w:type="dxa"/>
              <w:right w:w="0" w:type="dxa"/>
            </w:tcMar>
          </w:tcPr>
          <w:p w14:paraId="4E18CD4D" w14:textId="77777777" w:rsidR="00121688" w:rsidRPr="00302EDE" w:rsidRDefault="00121688" w:rsidP="002B7975">
            <w:pPr>
              <w:autoSpaceDE w:val="0"/>
              <w:autoSpaceDN w:val="0"/>
              <w:ind w:left="102"/>
              <w:rPr>
                <w:rFonts w:ascii="Cambria" w:eastAsia="TimesNewRomanPS" w:hAnsi="Cambria"/>
                <w:b/>
                <w:w w:val="97"/>
                <w:sz w:val="20"/>
                <w:szCs w:val="20"/>
                <w:lang w:val="ro-RO"/>
              </w:rPr>
            </w:pPr>
            <w:r w:rsidRPr="00302EDE">
              <w:rPr>
                <w:rFonts w:ascii="Cambria" w:eastAsia="TimesNewRomanPS" w:hAnsi="Cambria"/>
                <w:b/>
                <w:w w:val="97"/>
                <w:sz w:val="20"/>
                <w:szCs w:val="20"/>
                <w:lang w:val="ro-RO"/>
              </w:rPr>
              <w:t>Adresa oficială</w:t>
            </w:r>
          </w:p>
          <w:p w14:paraId="2888DBB1" w14:textId="77777777" w:rsidR="00121688" w:rsidRPr="00302EDE" w:rsidRDefault="00121688" w:rsidP="002B7975">
            <w:pPr>
              <w:autoSpaceDE w:val="0"/>
              <w:autoSpaceDN w:val="0"/>
              <w:ind w:left="102"/>
              <w:rPr>
                <w:rFonts w:ascii="Cambria" w:eastAsia="TimesNewRomanPS" w:hAnsi="Cambria"/>
                <w:b/>
                <w:w w:val="97"/>
                <w:sz w:val="20"/>
                <w:szCs w:val="20"/>
                <w:lang w:val="ro-RO"/>
              </w:rPr>
            </w:pPr>
            <w:r w:rsidRPr="00302EDE">
              <w:rPr>
                <w:rFonts w:ascii="Cambria" w:eastAsia="TimesNewRomanPS" w:hAnsi="Cambria"/>
                <w:b/>
                <w:w w:val="97"/>
                <w:sz w:val="20"/>
                <w:szCs w:val="20"/>
                <w:lang w:val="ro-RO"/>
              </w:rPr>
              <w:t>Bd. 1 Decembrie 1918, Nr. 26, Oraș Luduș, Județ Mureș</w:t>
            </w:r>
          </w:p>
          <w:p w14:paraId="2560CB2D" w14:textId="77777777" w:rsidR="00121688" w:rsidRPr="00302EDE" w:rsidRDefault="00121688" w:rsidP="002B7975">
            <w:pPr>
              <w:autoSpaceDE w:val="0"/>
              <w:autoSpaceDN w:val="0"/>
              <w:ind w:left="102"/>
              <w:rPr>
                <w:rFonts w:ascii="Cambria" w:eastAsia="TimesNewRomanPS" w:hAnsi="Cambria"/>
                <w:b/>
                <w:w w:val="97"/>
                <w:sz w:val="20"/>
                <w:szCs w:val="20"/>
                <w:lang w:val="ro-RO"/>
              </w:rPr>
            </w:pPr>
            <w:r w:rsidRPr="00302EDE">
              <w:rPr>
                <w:rFonts w:ascii="Cambria" w:eastAsia="TimesNewRomanPS" w:hAnsi="Cambria"/>
                <w:b/>
                <w:w w:val="97"/>
                <w:sz w:val="20"/>
                <w:szCs w:val="20"/>
                <w:lang w:val="ro-RO"/>
              </w:rPr>
              <w:t>Telefon: 0265411716, 0265411548</w:t>
            </w:r>
          </w:p>
          <w:p w14:paraId="0D5F47D4" w14:textId="77777777" w:rsidR="00121688" w:rsidRPr="00302EDE" w:rsidRDefault="00121688" w:rsidP="002B7975">
            <w:pPr>
              <w:autoSpaceDE w:val="0"/>
              <w:autoSpaceDN w:val="0"/>
              <w:ind w:left="102"/>
              <w:rPr>
                <w:rFonts w:ascii="Cambria" w:eastAsia="TimesNewRomanPS" w:hAnsi="Cambria"/>
                <w:b/>
                <w:w w:val="97"/>
                <w:sz w:val="20"/>
                <w:szCs w:val="20"/>
                <w:lang w:val="ro-RO"/>
              </w:rPr>
            </w:pPr>
            <w:r w:rsidRPr="00302EDE">
              <w:rPr>
                <w:rFonts w:ascii="Cambria" w:eastAsia="TimesNewRomanPS" w:hAnsi="Cambria"/>
                <w:b/>
                <w:w w:val="97"/>
                <w:sz w:val="20"/>
                <w:szCs w:val="20"/>
                <w:lang w:val="ro-RO"/>
              </w:rPr>
              <w:t>e-mail: ludus@ms.e-adm.ro</w:t>
            </w:r>
          </w:p>
        </w:tc>
      </w:tr>
      <w:tr w:rsidR="00121688" w:rsidRPr="00302EDE" w14:paraId="3B63589F" w14:textId="77777777" w:rsidTr="002B7975">
        <w:trPr>
          <w:trHeight w:val="20"/>
          <w:jc w:val="center"/>
        </w:trPr>
        <w:tc>
          <w:tcPr>
            <w:tcW w:w="1558" w:type="dxa"/>
            <w:vMerge/>
            <w:tcBorders>
              <w:top w:val="single" w:sz="3" w:space="0" w:color="767676"/>
              <w:left w:val="single" w:sz="3" w:space="0" w:color="767676"/>
              <w:bottom w:val="single" w:sz="4" w:space="0" w:color="767676"/>
              <w:right w:val="single" w:sz="3" w:space="0" w:color="767676"/>
            </w:tcBorders>
          </w:tcPr>
          <w:p w14:paraId="677BA5F9" w14:textId="77777777" w:rsidR="00121688" w:rsidRPr="00302EDE" w:rsidRDefault="00121688" w:rsidP="002B7975">
            <w:pPr>
              <w:rPr>
                <w:rFonts w:ascii="Cambria" w:hAnsi="Cambria"/>
                <w:sz w:val="20"/>
                <w:szCs w:val="20"/>
                <w:lang w:val="ro-RO"/>
              </w:rPr>
            </w:pPr>
          </w:p>
        </w:tc>
        <w:tc>
          <w:tcPr>
            <w:tcW w:w="4674" w:type="dxa"/>
            <w:gridSpan w:val="2"/>
            <w:tcBorders>
              <w:top w:val="single" w:sz="3" w:space="0" w:color="767676"/>
              <w:left w:val="single" w:sz="3" w:space="0" w:color="767676"/>
              <w:bottom w:val="single" w:sz="4" w:space="0" w:color="767676"/>
              <w:right w:val="single" w:sz="3" w:space="0" w:color="767676"/>
            </w:tcBorders>
            <w:shd w:val="clear" w:color="auto" w:fill="EFEFEF"/>
            <w:tcMar>
              <w:left w:w="0" w:type="dxa"/>
              <w:right w:w="0" w:type="dxa"/>
            </w:tcMar>
          </w:tcPr>
          <w:p w14:paraId="0D9B35F9" w14:textId="77777777" w:rsidR="00121688" w:rsidRPr="00302EDE" w:rsidRDefault="00121688" w:rsidP="002B7975">
            <w:pPr>
              <w:autoSpaceDE w:val="0"/>
              <w:autoSpaceDN w:val="0"/>
              <w:ind w:left="100"/>
              <w:rPr>
                <w:rFonts w:ascii="Cambria" w:hAnsi="Cambria"/>
                <w:sz w:val="20"/>
                <w:szCs w:val="20"/>
                <w:lang w:val="ro-RO"/>
              </w:rPr>
            </w:pPr>
            <w:r w:rsidRPr="00302EDE">
              <w:rPr>
                <w:rFonts w:ascii="Cambria" w:eastAsia="TimesNewRomanPS" w:hAnsi="Cambria"/>
                <w:b/>
                <w:w w:val="97"/>
                <w:sz w:val="20"/>
                <w:szCs w:val="20"/>
                <w:lang w:val="ro-RO"/>
              </w:rPr>
              <w:t>Număr de înregistrare</w:t>
            </w:r>
          </w:p>
        </w:tc>
        <w:tc>
          <w:tcPr>
            <w:tcW w:w="3266" w:type="dxa"/>
            <w:tcBorders>
              <w:top w:val="single" w:sz="3" w:space="0" w:color="767676"/>
              <w:left w:val="single" w:sz="3" w:space="0" w:color="767676"/>
              <w:bottom w:val="single" w:sz="4" w:space="0" w:color="767676"/>
              <w:right w:val="single" w:sz="3" w:space="0" w:color="767676"/>
            </w:tcBorders>
            <w:shd w:val="clear" w:color="auto" w:fill="EFEFEF"/>
            <w:tcMar>
              <w:left w:w="0" w:type="dxa"/>
              <w:right w:w="0" w:type="dxa"/>
            </w:tcMar>
          </w:tcPr>
          <w:p w14:paraId="1672563E" w14:textId="77777777" w:rsidR="00121688" w:rsidRPr="00302EDE" w:rsidRDefault="00121688" w:rsidP="002B7975">
            <w:pPr>
              <w:autoSpaceDE w:val="0"/>
              <w:autoSpaceDN w:val="0"/>
              <w:ind w:left="100"/>
              <w:rPr>
                <w:rFonts w:ascii="Cambria" w:hAnsi="Cambria"/>
                <w:sz w:val="20"/>
                <w:szCs w:val="20"/>
                <w:lang w:val="ro-RO"/>
              </w:rPr>
            </w:pPr>
            <w:r w:rsidRPr="00302EDE">
              <w:rPr>
                <w:rFonts w:ascii="Cambria" w:eastAsia="TimesNewRomanPS" w:hAnsi="Cambria"/>
                <w:b/>
                <w:w w:val="97"/>
                <w:sz w:val="20"/>
                <w:szCs w:val="20"/>
                <w:lang w:val="ro-RO"/>
              </w:rPr>
              <w:t>Data</w:t>
            </w:r>
          </w:p>
        </w:tc>
      </w:tr>
      <w:tr w:rsidR="00121688" w:rsidRPr="00302EDE" w14:paraId="0B1CAB1C" w14:textId="77777777" w:rsidTr="002B7975">
        <w:trPr>
          <w:jc w:val="center"/>
        </w:trPr>
        <w:tc>
          <w:tcPr>
            <w:tcW w:w="9498" w:type="dxa"/>
            <w:gridSpan w:val="4"/>
            <w:tcBorders>
              <w:top w:val="single" w:sz="4" w:space="0" w:color="767676"/>
              <w:left w:val="single" w:sz="3" w:space="0" w:color="767676"/>
              <w:bottom w:val="single" w:sz="4" w:space="0" w:color="767676"/>
              <w:right w:val="single" w:sz="3" w:space="0" w:color="767676"/>
            </w:tcBorders>
            <w:shd w:val="clear" w:color="auto" w:fill="EFEFEF"/>
            <w:tcMar>
              <w:left w:w="0" w:type="dxa"/>
              <w:right w:w="0" w:type="dxa"/>
            </w:tcMar>
          </w:tcPr>
          <w:p w14:paraId="6D4BAC44" w14:textId="77777777" w:rsidR="00121688" w:rsidRPr="00302EDE" w:rsidRDefault="00121688" w:rsidP="002B7975">
            <w:pPr>
              <w:autoSpaceDE w:val="0"/>
              <w:autoSpaceDN w:val="0"/>
              <w:ind w:left="100"/>
              <w:rPr>
                <w:rFonts w:ascii="Cambria" w:hAnsi="Cambria"/>
                <w:sz w:val="20"/>
                <w:szCs w:val="20"/>
                <w:lang w:val="ro-RO"/>
              </w:rPr>
            </w:pPr>
            <w:r w:rsidRPr="00302EDE">
              <w:rPr>
                <w:rFonts w:ascii="Cambria" w:eastAsia="TimesNewRomanPS" w:hAnsi="Cambria"/>
                <w:i/>
                <w:w w:val="97"/>
                <w:sz w:val="20"/>
                <w:szCs w:val="20"/>
                <w:lang w:val="ro-RO"/>
              </w:rPr>
              <w:t xml:space="preserve"> se completează de autoritate — solicitantul nu scrie în această zonă</w:t>
            </w:r>
          </w:p>
        </w:tc>
      </w:tr>
    </w:tbl>
    <w:p w14:paraId="7EFB48B9" w14:textId="77777777" w:rsidR="00D06E85" w:rsidRPr="00121688" w:rsidRDefault="00D06E85">
      <w:pPr>
        <w:spacing w:line="168" w:lineRule="auto"/>
        <w:rPr>
          <w:rFonts w:ascii="Cambria" w:hAnsi="Cambria"/>
        </w:rPr>
      </w:pPr>
    </w:p>
    <w:p w14:paraId="0921EF5A" w14:textId="77777777" w:rsidR="00D06E85" w:rsidRPr="00121688" w:rsidRDefault="003177D5">
      <w:pPr>
        <w:spacing w:before="140" w:after="40"/>
        <w:jc w:val="center"/>
        <w:rPr>
          <w:rFonts w:ascii="Cambria" w:hAnsi="Cambria"/>
          <w:sz w:val="28"/>
          <w:szCs w:val="28"/>
          <w:lang w:val="ro-RO"/>
        </w:rPr>
      </w:pPr>
      <w:r w:rsidRPr="00121688">
        <w:rPr>
          <w:rFonts w:ascii="Cambria" w:hAnsi="Cambria"/>
          <w:b/>
          <w:sz w:val="28"/>
          <w:szCs w:val="28"/>
          <w:lang w:val="ro-RO"/>
        </w:rPr>
        <w:t>DECLARAȚIE PE PROPRIA RĂSPUNDERE</w:t>
      </w:r>
    </w:p>
    <w:p w14:paraId="75E7F2D5" w14:textId="77777777" w:rsidR="00D06E85" w:rsidRPr="00121688" w:rsidRDefault="003177D5">
      <w:pPr>
        <w:spacing w:after="120"/>
        <w:jc w:val="center"/>
        <w:rPr>
          <w:rFonts w:ascii="Cambria" w:hAnsi="Cambria"/>
          <w:lang w:val="ro-RO"/>
        </w:rPr>
      </w:pPr>
      <w:r w:rsidRPr="00121688">
        <w:rPr>
          <w:rFonts w:ascii="Cambria" w:hAnsi="Cambria"/>
          <w:sz w:val="19"/>
          <w:lang w:val="ro-RO"/>
        </w:rPr>
        <w:t>prin care beneficiarul declară că nu a fost primită solicitarea de clarificare, completare sau modificare, nu a fost eliberat aviz / acord cu sau fără condiții ori nu a fost eliberată adresa de respingere</w:t>
      </w:r>
    </w:p>
    <w:p w14:paraId="5E5BDCD9" w14:textId="77777777" w:rsidR="00D06E85" w:rsidRPr="00121688" w:rsidRDefault="00D06E85">
      <w:pPr>
        <w:spacing w:after="60" w:line="168" w:lineRule="auto"/>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7"/>
        <w:gridCol w:w="803"/>
        <w:gridCol w:w="803"/>
        <w:gridCol w:w="803"/>
        <w:gridCol w:w="803"/>
        <w:gridCol w:w="1607"/>
        <w:gridCol w:w="1607"/>
      </w:tblGrid>
      <w:tr w:rsidR="00D06E85" w:rsidRPr="00121688" w14:paraId="44775F42" w14:textId="77777777" w:rsidTr="00121688">
        <w:trPr>
          <w:jc w:val="center"/>
        </w:trPr>
        <w:tc>
          <w:tcPr>
            <w:tcW w:w="9636" w:type="dxa"/>
            <w:gridSpan w:val="8"/>
            <w:shd w:val="clear" w:color="auto" w:fill="F4F4F4"/>
          </w:tcPr>
          <w:p w14:paraId="05345A43" w14:textId="77777777" w:rsidR="00D06E85" w:rsidRPr="00121688" w:rsidRDefault="003177D5">
            <w:pPr>
              <w:keepNext/>
              <w:rPr>
                <w:rFonts w:ascii="Cambria" w:hAnsi="Cambria"/>
                <w:lang w:val="ro-RO"/>
              </w:rPr>
            </w:pPr>
            <w:r w:rsidRPr="00121688">
              <w:rPr>
                <w:rFonts w:ascii="Cambria" w:hAnsi="Cambria"/>
                <w:b/>
                <w:sz w:val="16"/>
                <w:lang w:val="ro-RO"/>
              </w:rPr>
              <w:t xml:space="preserve"> </w:t>
            </w:r>
            <w:r w:rsidRPr="00121688">
              <w:rPr>
                <w:rFonts w:ascii="Cambria" w:hAnsi="Cambria"/>
                <w:b/>
                <w:sz w:val="16"/>
                <w:lang w:val="ro-RO"/>
              </w:rPr>
              <w:t xml:space="preserve">1. </w:t>
            </w:r>
            <w:r w:rsidRPr="00121688">
              <w:rPr>
                <w:rFonts w:ascii="Cambria" w:hAnsi="Cambria"/>
                <w:b/>
                <w:sz w:val="18"/>
                <w:lang w:val="ro-RO"/>
              </w:rPr>
              <w:t>SOLICITANTUL</w:t>
            </w:r>
          </w:p>
        </w:tc>
      </w:tr>
      <w:tr w:rsidR="00D06E85" w:rsidRPr="00121688" w14:paraId="06D2332C" w14:textId="77777777" w:rsidTr="00121688">
        <w:trPr>
          <w:trHeight w:val="510"/>
          <w:jc w:val="center"/>
        </w:trPr>
        <w:tc>
          <w:tcPr>
            <w:tcW w:w="5621" w:type="dxa"/>
            <w:gridSpan w:val="5"/>
          </w:tcPr>
          <w:p w14:paraId="328E332E" w14:textId="77777777" w:rsidR="00D06E85" w:rsidRPr="00121688" w:rsidRDefault="003177D5">
            <w:pPr>
              <w:keepNext/>
              <w:rPr>
                <w:rFonts w:ascii="Cambria" w:hAnsi="Cambria"/>
                <w:lang w:val="ro-RO"/>
              </w:rPr>
            </w:pPr>
            <w:r w:rsidRPr="00121688">
              <w:rPr>
                <w:rFonts w:ascii="Cambria" w:hAnsi="Cambria"/>
                <w:b/>
                <w:lang w:val="ro-RO"/>
              </w:rPr>
              <w:t>Nume și prenume</w:t>
            </w:r>
          </w:p>
          <w:p w14:paraId="144E3B23" w14:textId="77777777" w:rsidR="00D06E85" w:rsidRPr="00121688" w:rsidRDefault="00D06E85">
            <w:pPr>
              <w:keepNext/>
              <w:rPr>
                <w:rFonts w:ascii="Cambria" w:hAnsi="Cambria"/>
                <w:lang w:val="ro-RO"/>
              </w:rPr>
            </w:pPr>
          </w:p>
        </w:tc>
        <w:tc>
          <w:tcPr>
            <w:tcW w:w="4015" w:type="dxa"/>
            <w:gridSpan w:val="3"/>
          </w:tcPr>
          <w:p w14:paraId="183F75E0" w14:textId="77777777" w:rsidR="00D06E85" w:rsidRPr="00121688" w:rsidRDefault="003177D5">
            <w:pPr>
              <w:keepNext/>
              <w:rPr>
                <w:rFonts w:ascii="Cambria" w:hAnsi="Cambria"/>
                <w:lang w:val="ro-RO"/>
              </w:rPr>
            </w:pPr>
            <w:r w:rsidRPr="00121688">
              <w:rPr>
                <w:rFonts w:ascii="Cambria" w:hAnsi="Cambria"/>
                <w:b/>
                <w:lang w:val="ro-RO"/>
              </w:rPr>
              <w:t>CNP</w:t>
            </w:r>
          </w:p>
          <w:p w14:paraId="5599C2C7" w14:textId="77777777" w:rsidR="00D06E85" w:rsidRPr="00121688" w:rsidRDefault="00D06E85">
            <w:pPr>
              <w:keepNext/>
              <w:rPr>
                <w:rFonts w:ascii="Cambria" w:hAnsi="Cambria"/>
                <w:lang w:val="ro-RO"/>
              </w:rPr>
            </w:pPr>
          </w:p>
        </w:tc>
      </w:tr>
      <w:tr w:rsidR="00D06E85" w:rsidRPr="00121688" w14:paraId="6835908B" w14:textId="77777777" w:rsidTr="00121688">
        <w:trPr>
          <w:jc w:val="center"/>
        </w:trPr>
        <w:tc>
          <w:tcPr>
            <w:tcW w:w="9636" w:type="dxa"/>
            <w:gridSpan w:val="8"/>
            <w:shd w:val="clear" w:color="auto" w:fill="F4F4F4"/>
          </w:tcPr>
          <w:p w14:paraId="4901E185" w14:textId="77777777" w:rsidR="00D06E85" w:rsidRPr="00121688" w:rsidRDefault="003177D5">
            <w:pPr>
              <w:keepNext/>
              <w:rPr>
                <w:rFonts w:ascii="Cambria" w:hAnsi="Cambria"/>
                <w:lang w:val="ro-RO"/>
              </w:rPr>
            </w:pPr>
            <w:r w:rsidRPr="00121688">
              <w:rPr>
                <w:rFonts w:ascii="Cambria" w:hAnsi="Cambria"/>
                <w:sz w:val="16"/>
                <w:lang w:val="ro-RO"/>
              </w:rPr>
              <w:t xml:space="preserve"> Act de identitate</w:t>
            </w:r>
          </w:p>
        </w:tc>
      </w:tr>
      <w:tr w:rsidR="00D06E85" w:rsidRPr="00121688" w14:paraId="2089818C" w14:textId="77777777" w:rsidTr="00121688">
        <w:trPr>
          <w:trHeight w:val="510"/>
          <w:jc w:val="center"/>
        </w:trPr>
        <w:tc>
          <w:tcPr>
            <w:tcW w:w="1606" w:type="dxa"/>
          </w:tcPr>
          <w:p w14:paraId="69F70D8B" w14:textId="77777777" w:rsidR="00D06E85" w:rsidRPr="00121688" w:rsidRDefault="003177D5">
            <w:pPr>
              <w:keepNext/>
              <w:rPr>
                <w:rFonts w:ascii="Cambria" w:hAnsi="Cambria"/>
                <w:lang w:val="ro-RO"/>
              </w:rPr>
            </w:pPr>
            <w:r w:rsidRPr="00121688">
              <w:rPr>
                <w:rFonts w:ascii="Cambria" w:hAnsi="Cambria"/>
                <w:b/>
                <w:lang w:val="ro-RO"/>
              </w:rPr>
              <w:t>Seria</w:t>
            </w:r>
          </w:p>
          <w:p w14:paraId="45CF80A9" w14:textId="77777777" w:rsidR="00D06E85" w:rsidRPr="00121688" w:rsidRDefault="00D06E85">
            <w:pPr>
              <w:keepNext/>
              <w:rPr>
                <w:rFonts w:ascii="Cambria" w:hAnsi="Cambria"/>
                <w:lang w:val="ro-RO"/>
              </w:rPr>
            </w:pPr>
          </w:p>
        </w:tc>
        <w:tc>
          <w:tcPr>
            <w:tcW w:w="1606" w:type="dxa"/>
          </w:tcPr>
          <w:p w14:paraId="4487B434" w14:textId="77777777" w:rsidR="00D06E85" w:rsidRPr="00121688" w:rsidRDefault="003177D5">
            <w:pPr>
              <w:keepNext/>
              <w:rPr>
                <w:rFonts w:ascii="Cambria" w:hAnsi="Cambria"/>
                <w:lang w:val="ro-RO"/>
              </w:rPr>
            </w:pPr>
            <w:r w:rsidRPr="00121688">
              <w:rPr>
                <w:rFonts w:ascii="Cambria" w:hAnsi="Cambria"/>
                <w:b/>
                <w:lang w:val="ro-RO"/>
              </w:rPr>
              <w:t>Numărul</w:t>
            </w:r>
          </w:p>
          <w:p w14:paraId="2518FC72" w14:textId="77777777" w:rsidR="00D06E85" w:rsidRPr="00121688" w:rsidRDefault="00D06E85">
            <w:pPr>
              <w:keepNext/>
              <w:rPr>
                <w:rFonts w:ascii="Cambria" w:hAnsi="Cambria"/>
                <w:lang w:val="ro-RO"/>
              </w:rPr>
            </w:pPr>
          </w:p>
        </w:tc>
        <w:tc>
          <w:tcPr>
            <w:tcW w:w="4818" w:type="dxa"/>
            <w:gridSpan w:val="5"/>
          </w:tcPr>
          <w:p w14:paraId="4A9954D1" w14:textId="77777777" w:rsidR="00D06E85" w:rsidRPr="00121688" w:rsidRDefault="003177D5">
            <w:pPr>
              <w:keepNext/>
              <w:rPr>
                <w:rFonts w:ascii="Cambria" w:hAnsi="Cambria"/>
                <w:lang w:val="ro-RO"/>
              </w:rPr>
            </w:pPr>
            <w:r w:rsidRPr="00121688">
              <w:rPr>
                <w:rFonts w:ascii="Cambria" w:hAnsi="Cambria"/>
                <w:b/>
                <w:lang w:val="ro-RO"/>
              </w:rPr>
              <w:t>Eliberat de</w:t>
            </w:r>
          </w:p>
          <w:p w14:paraId="7757A0A0" w14:textId="77777777" w:rsidR="00D06E85" w:rsidRPr="00121688" w:rsidRDefault="00D06E85">
            <w:pPr>
              <w:keepNext/>
              <w:rPr>
                <w:rFonts w:ascii="Cambria" w:hAnsi="Cambria"/>
                <w:lang w:val="ro-RO"/>
              </w:rPr>
            </w:pPr>
          </w:p>
        </w:tc>
        <w:tc>
          <w:tcPr>
            <w:tcW w:w="1606" w:type="dxa"/>
          </w:tcPr>
          <w:p w14:paraId="77BA1DFF" w14:textId="77777777" w:rsidR="00D06E85" w:rsidRPr="00121688" w:rsidRDefault="003177D5">
            <w:pPr>
              <w:keepNext/>
              <w:rPr>
                <w:rFonts w:ascii="Cambria" w:hAnsi="Cambria"/>
                <w:lang w:val="ro-RO"/>
              </w:rPr>
            </w:pPr>
            <w:r w:rsidRPr="00121688">
              <w:rPr>
                <w:rFonts w:ascii="Cambria" w:hAnsi="Cambria"/>
                <w:b/>
                <w:lang w:val="ro-RO"/>
              </w:rPr>
              <w:t>La data</w:t>
            </w:r>
          </w:p>
          <w:p w14:paraId="3A1DB3DA" w14:textId="77777777" w:rsidR="00D06E85" w:rsidRPr="00121688" w:rsidRDefault="00D06E85">
            <w:pPr>
              <w:keepNext/>
              <w:rPr>
                <w:rFonts w:ascii="Cambria" w:hAnsi="Cambria"/>
                <w:lang w:val="ro-RO"/>
              </w:rPr>
            </w:pPr>
          </w:p>
        </w:tc>
      </w:tr>
      <w:tr w:rsidR="00D06E85" w:rsidRPr="00121688" w14:paraId="476B3C3F" w14:textId="77777777" w:rsidTr="00121688">
        <w:trPr>
          <w:jc w:val="center"/>
        </w:trPr>
        <w:tc>
          <w:tcPr>
            <w:tcW w:w="9636" w:type="dxa"/>
            <w:gridSpan w:val="8"/>
            <w:shd w:val="clear" w:color="auto" w:fill="F4F4F4"/>
          </w:tcPr>
          <w:p w14:paraId="563B990C" w14:textId="77777777" w:rsidR="00D06E85" w:rsidRPr="00121688" w:rsidRDefault="003177D5">
            <w:pPr>
              <w:keepNext/>
              <w:rPr>
                <w:rFonts w:ascii="Cambria" w:hAnsi="Cambria"/>
                <w:lang w:val="ro-RO"/>
              </w:rPr>
            </w:pPr>
            <w:r w:rsidRPr="00121688">
              <w:rPr>
                <w:rFonts w:ascii="Cambria" w:hAnsi="Cambria"/>
                <w:sz w:val="16"/>
                <w:lang w:val="ro-RO"/>
              </w:rPr>
              <w:t xml:space="preserve"> Domiciliul</w:t>
            </w:r>
          </w:p>
        </w:tc>
      </w:tr>
      <w:tr w:rsidR="00D06E85" w:rsidRPr="00121688" w14:paraId="32FD11E2" w14:textId="77777777" w:rsidTr="00121688">
        <w:trPr>
          <w:trHeight w:val="510"/>
          <w:jc w:val="center"/>
        </w:trPr>
        <w:tc>
          <w:tcPr>
            <w:tcW w:w="3212" w:type="dxa"/>
            <w:gridSpan w:val="2"/>
          </w:tcPr>
          <w:p w14:paraId="77F32363" w14:textId="77777777" w:rsidR="00D06E85" w:rsidRPr="00121688" w:rsidRDefault="003177D5">
            <w:pPr>
              <w:keepNext/>
              <w:rPr>
                <w:rFonts w:ascii="Cambria" w:hAnsi="Cambria"/>
                <w:lang w:val="ro-RO"/>
              </w:rPr>
            </w:pPr>
            <w:r w:rsidRPr="00121688">
              <w:rPr>
                <w:rFonts w:ascii="Cambria" w:hAnsi="Cambria"/>
                <w:b/>
                <w:lang w:val="ro-RO"/>
              </w:rPr>
              <w:t>Județul</w:t>
            </w:r>
          </w:p>
          <w:p w14:paraId="45A17963" w14:textId="77777777" w:rsidR="00D06E85" w:rsidRPr="00121688" w:rsidRDefault="00D06E85">
            <w:pPr>
              <w:keepNext/>
              <w:rPr>
                <w:rFonts w:ascii="Cambria" w:hAnsi="Cambria"/>
                <w:lang w:val="ro-RO"/>
              </w:rPr>
            </w:pPr>
          </w:p>
        </w:tc>
        <w:tc>
          <w:tcPr>
            <w:tcW w:w="3212" w:type="dxa"/>
            <w:gridSpan w:val="4"/>
          </w:tcPr>
          <w:p w14:paraId="5EBA9E82" w14:textId="77777777" w:rsidR="00D06E85" w:rsidRPr="00121688" w:rsidRDefault="003177D5">
            <w:pPr>
              <w:keepNext/>
              <w:rPr>
                <w:rFonts w:ascii="Cambria" w:hAnsi="Cambria"/>
                <w:lang w:val="ro-RO"/>
              </w:rPr>
            </w:pPr>
            <w:r w:rsidRPr="00121688">
              <w:rPr>
                <w:rFonts w:ascii="Cambria" w:hAnsi="Cambria"/>
                <w:b/>
                <w:lang w:val="ro-RO"/>
              </w:rPr>
              <w:t>Municipiul / orașul / comuna</w:t>
            </w:r>
          </w:p>
          <w:p w14:paraId="385FCF5F" w14:textId="77777777" w:rsidR="00D06E85" w:rsidRPr="00121688" w:rsidRDefault="00D06E85">
            <w:pPr>
              <w:keepNext/>
              <w:rPr>
                <w:rFonts w:ascii="Cambria" w:hAnsi="Cambria"/>
                <w:lang w:val="ro-RO"/>
              </w:rPr>
            </w:pPr>
          </w:p>
        </w:tc>
        <w:tc>
          <w:tcPr>
            <w:tcW w:w="3212" w:type="dxa"/>
            <w:gridSpan w:val="2"/>
          </w:tcPr>
          <w:p w14:paraId="4EA349CD" w14:textId="77777777" w:rsidR="00D06E85" w:rsidRPr="00121688" w:rsidRDefault="003177D5">
            <w:pPr>
              <w:keepNext/>
              <w:rPr>
                <w:rFonts w:ascii="Cambria" w:hAnsi="Cambria"/>
                <w:lang w:val="ro-RO"/>
              </w:rPr>
            </w:pPr>
            <w:r w:rsidRPr="00121688">
              <w:rPr>
                <w:rFonts w:ascii="Cambria" w:hAnsi="Cambria"/>
                <w:b/>
                <w:lang w:val="ro-RO"/>
              </w:rPr>
              <w:t>Satul / sectorul</w:t>
            </w:r>
          </w:p>
          <w:p w14:paraId="69531297" w14:textId="77777777" w:rsidR="00D06E85" w:rsidRPr="00121688" w:rsidRDefault="00D06E85">
            <w:pPr>
              <w:keepNext/>
              <w:rPr>
                <w:rFonts w:ascii="Cambria" w:hAnsi="Cambria"/>
                <w:lang w:val="ro-RO"/>
              </w:rPr>
            </w:pPr>
          </w:p>
        </w:tc>
      </w:tr>
      <w:tr w:rsidR="00D06E85" w:rsidRPr="00121688" w14:paraId="40AD136B" w14:textId="77777777" w:rsidTr="00121688">
        <w:trPr>
          <w:trHeight w:val="510"/>
          <w:jc w:val="center"/>
        </w:trPr>
        <w:tc>
          <w:tcPr>
            <w:tcW w:w="3212" w:type="dxa"/>
            <w:gridSpan w:val="2"/>
          </w:tcPr>
          <w:p w14:paraId="31A3DB93" w14:textId="77777777" w:rsidR="00D06E85" w:rsidRPr="00121688" w:rsidRDefault="003177D5">
            <w:pPr>
              <w:keepNext/>
              <w:rPr>
                <w:rFonts w:ascii="Cambria" w:hAnsi="Cambria"/>
                <w:lang w:val="ro-RO"/>
              </w:rPr>
            </w:pPr>
            <w:r w:rsidRPr="00121688">
              <w:rPr>
                <w:rFonts w:ascii="Cambria" w:hAnsi="Cambria"/>
                <w:b/>
                <w:lang w:val="ro-RO"/>
              </w:rPr>
              <w:t>Strada</w:t>
            </w:r>
          </w:p>
          <w:p w14:paraId="762B7363" w14:textId="77777777" w:rsidR="00D06E85" w:rsidRPr="00121688" w:rsidRDefault="00D06E85">
            <w:pPr>
              <w:keepNext/>
              <w:rPr>
                <w:rFonts w:ascii="Cambria" w:hAnsi="Cambria"/>
                <w:lang w:val="ro-RO"/>
              </w:rPr>
            </w:pPr>
          </w:p>
        </w:tc>
        <w:tc>
          <w:tcPr>
            <w:tcW w:w="803" w:type="dxa"/>
          </w:tcPr>
          <w:p w14:paraId="7BF686C3" w14:textId="77777777" w:rsidR="00D06E85" w:rsidRPr="00121688" w:rsidRDefault="003177D5">
            <w:pPr>
              <w:keepNext/>
              <w:rPr>
                <w:rFonts w:ascii="Cambria" w:hAnsi="Cambria"/>
                <w:lang w:val="ro-RO"/>
              </w:rPr>
            </w:pPr>
            <w:r w:rsidRPr="00121688">
              <w:rPr>
                <w:rFonts w:ascii="Cambria" w:hAnsi="Cambria"/>
                <w:b/>
                <w:lang w:val="ro-RO"/>
              </w:rPr>
              <w:t>Nr.</w:t>
            </w:r>
          </w:p>
          <w:p w14:paraId="3B9CD2F6" w14:textId="77777777" w:rsidR="00D06E85" w:rsidRPr="00121688" w:rsidRDefault="00D06E85">
            <w:pPr>
              <w:keepNext/>
              <w:rPr>
                <w:rFonts w:ascii="Cambria" w:hAnsi="Cambria"/>
                <w:lang w:val="ro-RO"/>
              </w:rPr>
            </w:pPr>
          </w:p>
        </w:tc>
        <w:tc>
          <w:tcPr>
            <w:tcW w:w="803" w:type="dxa"/>
          </w:tcPr>
          <w:p w14:paraId="0A560568" w14:textId="77777777" w:rsidR="00D06E85" w:rsidRPr="00121688" w:rsidRDefault="003177D5">
            <w:pPr>
              <w:keepNext/>
              <w:rPr>
                <w:rFonts w:ascii="Cambria" w:hAnsi="Cambria"/>
                <w:lang w:val="ro-RO"/>
              </w:rPr>
            </w:pPr>
            <w:r w:rsidRPr="00121688">
              <w:rPr>
                <w:rFonts w:ascii="Cambria" w:hAnsi="Cambria"/>
                <w:b/>
                <w:lang w:val="ro-RO"/>
              </w:rPr>
              <w:t>Sc.</w:t>
            </w:r>
          </w:p>
          <w:p w14:paraId="211A18B0" w14:textId="77777777" w:rsidR="00D06E85" w:rsidRPr="00121688" w:rsidRDefault="00D06E85">
            <w:pPr>
              <w:keepNext/>
              <w:rPr>
                <w:rFonts w:ascii="Cambria" w:hAnsi="Cambria"/>
                <w:lang w:val="ro-RO"/>
              </w:rPr>
            </w:pPr>
          </w:p>
        </w:tc>
        <w:tc>
          <w:tcPr>
            <w:tcW w:w="803" w:type="dxa"/>
          </w:tcPr>
          <w:p w14:paraId="0131CA5E" w14:textId="77777777" w:rsidR="00D06E85" w:rsidRPr="00121688" w:rsidRDefault="003177D5">
            <w:pPr>
              <w:keepNext/>
              <w:rPr>
                <w:rFonts w:ascii="Cambria" w:hAnsi="Cambria"/>
                <w:lang w:val="ro-RO"/>
              </w:rPr>
            </w:pPr>
            <w:r w:rsidRPr="00121688">
              <w:rPr>
                <w:rFonts w:ascii="Cambria" w:hAnsi="Cambria"/>
                <w:b/>
                <w:lang w:val="ro-RO"/>
              </w:rPr>
              <w:t>Et.</w:t>
            </w:r>
          </w:p>
          <w:p w14:paraId="6E2D34FD" w14:textId="77777777" w:rsidR="00D06E85" w:rsidRPr="00121688" w:rsidRDefault="00D06E85">
            <w:pPr>
              <w:keepNext/>
              <w:rPr>
                <w:rFonts w:ascii="Cambria" w:hAnsi="Cambria"/>
                <w:lang w:val="ro-RO"/>
              </w:rPr>
            </w:pPr>
          </w:p>
        </w:tc>
        <w:tc>
          <w:tcPr>
            <w:tcW w:w="803" w:type="dxa"/>
          </w:tcPr>
          <w:p w14:paraId="5756BAA2" w14:textId="77777777" w:rsidR="00D06E85" w:rsidRPr="00121688" w:rsidRDefault="003177D5">
            <w:pPr>
              <w:keepNext/>
              <w:rPr>
                <w:rFonts w:ascii="Cambria" w:hAnsi="Cambria"/>
                <w:lang w:val="ro-RO"/>
              </w:rPr>
            </w:pPr>
            <w:r w:rsidRPr="00121688">
              <w:rPr>
                <w:rFonts w:ascii="Cambria" w:hAnsi="Cambria"/>
                <w:b/>
                <w:lang w:val="ro-RO"/>
              </w:rPr>
              <w:t>Ap.</w:t>
            </w:r>
          </w:p>
          <w:p w14:paraId="3542AD72" w14:textId="77777777" w:rsidR="00D06E85" w:rsidRPr="00121688" w:rsidRDefault="00D06E85">
            <w:pPr>
              <w:keepNext/>
              <w:rPr>
                <w:rFonts w:ascii="Cambria" w:hAnsi="Cambria"/>
                <w:lang w:val="ro-RO"/>
              </w:rPr>
            </w:pPr>
          </w:p>
        </w:tc>
        <w:tc>
          <w:tcPr>
            <w:tcW w:w="1606" w:type="dxa"/>
          </w:tcPr>
          <w:p w14:paraId="5A04CB06" w14:textId="77777777" w:rsidR="00D06E85" w:rsidRPr="00121688" w:rsidRDefault="003177D5">
            <w:pPr>
              <w:keepNext/>
              <w:rPr>
                <w:rFonts w:ascii="Cambria" w:hAnsi="Cambria"/>
                <w:lang w:val="ro-RO"/>
              </w:rPr>
            </w:pPr>
            <w:r w:rsidRPr="00121688">
              <w:rPr>
                <w:rFonts w:ascii="Cambria" w:hAnsi="Cambria"/>
                <w:b/>
                <w:lang w:val="ro-RO"/>
              </w:rPr>
              <w:t>Cod poștal</w:t>
            </w:r>
          </w:p>
          <w:p w14:paraId="04ED9281" w14:textId="77777777" w:rsidR="00D06E85" w:rsidRPr="00121688" w:rsidRDefault="00D06E85">
            <w:pPr>
              <w:keepNext/>
              <w:rPr>
                <w:rFonts w:ascii="Cambria" w:hAnsi="Cambria"/>
                <w:lang w:val="ro-RO"/>
              </w:rPr>
            </w:pPr>
          </w:p>
        </w:tc>
        <w:tc>
          <w:tcPr>
            <w:tcW w:w="1606" w:type="dxa"/>
          </w:tcPr>
          <w:p w14:paraId="291A12DE" w14:textId="77777777" w:rsidR="00D06E85" w:rsidRPr="00121688" w:rsidRDefault="003177D5">
            <w:pPr>
              <w:keepNext/>
              <w:rPr>
                <w:rFonts w:ascii="Cambria" w:hAnsi="Cambria"/>
                <w:lang w:val="ro-RO"/>
              </w:rPr>
            </w:pPr>
            <w:r w:rsidRPr="00121688">
              <w:rPr>
                <w:rFonts w:ascii="Cambria" w:hAnsi="Cambria"/>
                <w:b/>
                <w:lang w:val="ro-RO"/>
              </w:rPr>
              <w:t>Ț</w:t>
            </w:r>
            <w:r w:rsidRPr="00121688">
              <w:rPr>
                <w:rFonts w:ascii="Cambria" w:hAnsi="Cambria"/>
                <w:b/>
                <w:lang w:val="ro-RO"/>
              </w:rPr>
              <w:t>ara</w:t>
            </w:r>
          </w:p>
          <w:p w14:paraId="6852845F" w14:textId="77777777" w:rsidR="00D06E85" w:rsidRPr="00121688" w:rsidRDefault="00D06E85">
            <w:pPr>
              <w:keepNext/>
              <w:rPr>
                <w:rFonts w:ascii="Cambria" w:hAnsi="Cambria"/>
                <w:lang w:val="ro-RO"/>
              </w:rPr>
            </w:pPr>
          </w:p>
        </w:tc>
      </w:tr>
      <w:tr w:rsidR="00D06E85" w:rsidRPr="00121688" w14:paraId="78C42C4E" w14:textId="77777777" w:rsidTr="00121688">
        <w:trPr>
          <w:jc w:val="center"/>
        </w:trPr>
        <w:tc>
          <w:tcPr>
            <w:tcW w:w="9636" w:type="dxa"/>
            <w:gridSpan w:val="8"/>
            <w:shd w:val="clear" w:color="auto" w:fill="F4F4F4"/>
          </w:tcPr>
          <w:p w14:paraId="4ACEC0B8" w14:textId="77777777" w:rsidR="00D06E85" w:rsidRPr="00121688" w:rsidRDefault="003177D5">
            <w:pPr>
              <w:keepNext/>
              <w:rPr>
                <w:rFonts w:ascii="Cambria" w:hAnsi="Cambria"/>
                <w:lang w:val="ro-RO"/>
              </w:rPr>
            </w:pPr>
            <w:r w:rsidRPr="00121688">
              <w:rPr>
                <w:rFonts w:ascii="Cambria" w:hAnsi="Cambria"/>
                <w:sz w:val="16"/>
                <w:lang w:val="ro-RO"/>
              </w:rPr>
              <w:t xml:space="preserve"> Date de contact</w:t>
            </w:r>
          </w:p>
        </w:tc>
      </w:tr>
      <w:tr w:rsidR="00D06E85" w:rsidRPr="00121688" w14:paraId="2308D8C4" w14:textId="77777777" w:rsidTr="00121688">
        <w:trPr>
          <w:trHeight w:val="510"/>
          <w:jc w:val="center"/>
        </w:trPr>
        <w:tc>
          <w:tcPr>
            <w:tcW w:w="4015" w:type="dxa"/>
            <w:gridSpan w:val="3"/>
          </w:tcPr>
          <w:p w14:paraId="18E4A7E5" w14:textId="77777777" w:rsidR="00D06E85" w:rsidRPr="00121688" w:rsidRDefault="003177D5">
            <w:pPr>
              <w:keepNext/>
              <w:rPr>
                <w:rFonts w:ascii="Cambria" w:hAnsi="Cambria"/>
                <w:lang w:val="ro-RO"/>
              </w:rPr>
            </w:pPr>
            <w:r w:rsidRPr="00121688">
              <w:rPr>
                <w:rFonts w:ascii="Cambria" w:hAnsi="Cambria"/>
                <w:b/>
                <w:lang w:val="ro-RO"/>
              </w:rPr>
              <w:t>Telefon / fax</w:t>
            </w:r>
          </w:p>
          <w:p w14:paraId="1709C3E7" w14:textId="77777777" w:rsidR="00D06E85" w:rsidRPr="00121688" w:rsidRDefault="00D06E85">
            <w:pPr>
              <w:keepNext/>
              <w:rPr>
                <w:rFonts w:ascii="Cambria" w:hAnsi="Cambria"/>
                <w:lang w:val="ro-RO"/>
              </w:rPr>
            </w:pPr>
          </w:p>
        </w:tc>
        <w:tc>
          <w:tcPr>
            <w:tcW w:w="5621" w:type="dxa"/>
            <w:gridSpan w:val="5"/>
          </w:tcPr>
          <w:p w14:paraId="6CAD21DF" w14:textId="77777777" w:rsidR="00D06E85" w:rsidRPr="00121688" w:rsidRDefault="003177D5">
            <w:pPr>
              <w:keepNext/>
              <w:rPr>
                <w:rFonts w:ascii="Cambria" w:hAnsi="Cambria"/>
                <w:lang w:val="ro-RO"/>
              </w:rPr>
            </w:pPr>
            <w:r w:rsidRPr="00121688">
              <w:rPr>
                <w:rFonts w:ascii="Cambria" w:hAnsi="Cambria"/>
                <w:b/>
                <w:lang w:val="ro-RO"/>
              </w:rPr>
              <w:t>E-mail</w:t>
            </w:r>
          </w:p>
          <w:p w14:paraId="48F9679D" w14:textId="77777777" w:rsidR="00D06E85" w:rsidRPr="00121688" w:rsidRDefault="00D06E85">
            <w:pPr>
              <w:keepNext/>
              <w:rPr>
                <w:rFonts w:ascii="Cambria" w:hAnsi="Cambria"/>
                <w:lang w:val="ro-RO"/>
              </w:rPr>
            </w:pPr>
          </w:p>
        </w:tc>
      </w:tr>
      <w:tr w:rsidR="00D06E85" w:rsidRPr="00121688" w14:paraId="69B024F1" w14:textId="77777777" w:rsidTr="00121688">
        <w:trPr>
          <w:jc w:val="center"/>
        </w:trPr>
        <w:tc>
          <w:tcPr>
            <w:tcW w:w="9636" w:type="dxa"/>
            <w:gridSpan w:val="8"/>
            <w:shd w:val="clear" w:color="auto" w:fill="F4F4F4"/>
          </w:tcPr>
          <w:p w14:paraId="25708BCE" w14:textId="77777777" w:rsidR="00D06E85" w:rsidRPr="00121688" w:rsidRDefault="003177D5">
            <w:pPr>
              <w:keepNext/>
              <w:rPr>
                <w:rFonts w:ascii="Cambria" w:hAnsi="Cambria"/>
                <w:lang w:val="ro-RO"/>
              </w:rPr>
            </w:pPr>
            <w:r w:rsidRPr="00121688">
              <w:rPr>
                <w:rFonts w:ascii="Cambria" w:hAnsi="Cambria"/>
                <w:sz w:val="16"/>
                <w:lang w:val="ro-RO"/>
              </w:rPr>
              <w:t xml:space="preserve"> Reprezentare</w:t>
            </w:r>
          </w:p>
        </w:tc>
      </w:tr>
      <w:tr w:rsidR="00D06E85" w:rsidRPr="00121688" w14:paraId="2F1B358E" w14:textId="77777777" w:rsidTr="00121688">
        <w:trPr>
          <w:trHeight w:val="510"/>
          <w:jc w:val="center"/>
        </w:trPr>
        <w:tc>
          <w:tcPr>
            <w:tcW w:w="6424" w:type="dxa"/>
            <w:gridSpan w:val="6"/>
          </w:tcPr>
          <w:p w14:paraId="258619DA" w14:textId="77777777" w:rsidR="00D06E85" w:rsidRPr="00121688" w:rsidRDefault="003177D5">
            <w:pPr>
              <w:rPr>
                <w:rFonts w:ascii="Cambria" w:hAnsi="Cambria"/>
                <w:lang w:val="ro-RO"/>
              </w:rPr>
            </w:pPr>
            <w:r w:rsidRPr="00121688">
              <w:rPr>
                <w:rFonts w:ascii="Cambria" w:hAnsi="Cambria"/>
                <w:b/>
                <w:lang w:val="ro-RO"/>
              </w:rPr>
              <w:t>În calitate de reprezentant al</w:t>
            </w:r>
          </w:p>
          <w:p w14:paraId="249A940B" w14:textId="77777777" w:rsidR="00D06E85" w:rsidRPr="00121688" w:rsidRDefault="00D06E85">
            <w:pPr>
              <w:rPr>
                <w:rFonts w:ascii="Cambria" w:hAnsi="Cambria"/>
                <w:lang w:val="ro-RO"/>
              </w:rPr>
            </w:pPr>
          </w:p>
        </w:tc>
        <w:tc>
          <w:tcPr>
            <w:tcW w:w="3212" w:type="dxa"/>
            <w:gridSpan w:val="2"/>
          </w:tcPr>
          <w:p w14:paraId="592E2749" w14:textId="77777777" w:rsidR="00D06E85" w:rsidRPr="00121688" w:rsidRDefault="003177D5">
            <w:pPr>
              <w:rPr>
                <w:rFonts w:ascii="Cambria" w:hAnsi="Cambria"/>
                <w:lang w:val="ro-RO"/>
              </w:rPr>
            </w:pPr>
            <w:r w:rsidRPr="00121688">
              <w:rPr>
                <w:rFonts w:ascii="Cambria" w:hAnsi="Cambria"/>
                <w:b/>
                <w:lang w:val="ro-RO"/>
              </w:rPr>
              <w:t>CUI / CIF</w:t>
            </w:r>
          </w:p>
          <w:p w14:paraId="5AA60BB0" w14:textId="77777777" w:rsidR="00D06E85" w:rsidRPr="00121688" w:rsidRDefault="00D06E85">
            <w:pPr>
              <w:rPr>
                <w:rFonts w:ascii="Cambria" w:hAnsi="Cambria"/>
                <w:lang w:val="ro-RO"/>
              </w:rPr>
            </w:pPr>
          </w:p>
        </w:tc>
      </w:tr>
    </w:tbl>
    <w:p w14:paraId="41E26187" w14:textId="77777777" w:rsidR="00D06E85" w:rsidRPr="00121688" w:rsidRDefault="00D06E85">
      <w:pPr>
        <w:spacing w:line="168" w:lineRule="auto"/>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3"/>
        <w:gridCol w:w="803"/>
        <w:gridCol w:w="803"/>
        <w:gridCol w:w="803"/>
        <w:gridCol w:w="803"/>
        <w:gridCol w:w="1607"/>
        <w:gridCol w:w="1607"/>
      </w:tblGrid>
      <w:tr w:rsidR="00D06E85" w:rsidRPr="00121688" w14:paraId="184456C5" w14:textId="77777777" w:rsidTr="00121688">
        <w:trPr>
          <w:jc w:val="center"/>
        </w:trPr>
        <w:tc>
          <w:tcPr>
            <w:tcW w:w="9636" w:type="dxa"/>
            <w:gridSpan w:val="7"/>
            <w:shd w:val="clear" w:color="auto" w:fill="F4F4F4"/>
          </w:tcPr>
          <w:p w14:paraId="24C442D3" w14:textId="77777777" w:rsidR="00D06E85" w:rsidRPr="00121688" w:rsidRDefault="003177D5">
            <w:pPr>
              <w:keepNext/>
              <w:rPr>
                <w:rFonts w:ascii="Cambria" w:hAnsi="Cambria"/>
                <w:lang w:val="ro-RO"/>
              </w:rPr>
            </w:pPr>
            <w:r w:rsidRPr="00121688">
              <w:rPr>
                <w:rFonts w:ascii="Cambria" w:hAnsi="Cambria"/>
                <w:b/>
                <w:sz w:val="16"/>
                <w:lang w:val="ro-RO"/>
              </w:rPr>
              <w:t xml:space="preserve"> 2. </w:t>
            </w:r>
            <w:r w:rsidRPr="00121688">
              <w:rPr>
                <w:rFonts w:ascii="Cambria" w:hAnsi="Cambria"/>
                <w:b/>
                <w:sz w:val="18"/>
                <w:lang w:val="ro-RO"/>
              </w:rPr>
              <w:t>BENEFICIAR AL</w:t>
            </w:r>
          </w:p>
        </w:tc>
      </w:tr>
      <w:tr w:rsidR="00D06E85" w:rsidRPr="00121688" w14:paraId="4A83FD0A" w14:textId="77777777" w:rsidTr="00121688">
        <w:trPr>
          <w:jc w:val="center"/>
        </w:trPr>
        <w:tc>
          <w:tcPr>
            <w:tcW w:w="9636" w:type="dxa"/>
            <w:gridSpan w:val="7"/>
          </w:tcPr>
          <w:p w14:paraId="10C18D4D" w14:textId="77777777" w:rsidR="00D06E85" w:rsidRPr="00121688" w:rsidRDefault="003177D5">
            <w:pPr>
              <w:keepNext/>
              <w:rPr>
                <w:rFonts w:ascii="Cambria" w:hAnsi="Cambria"/>
                <w:sz w:val="16"/>
                <w:lang w:val="ro-RO"/>
              </w:rPr>
            </w:pPr>
            <w:r w:rsidRPr="00121688">
              <w:rPr>
                <w:rFonts w:ascii="Segoe UI Symbol" w:hAnsi="Segoe UI Symbol" w:cs="Segoe UI Symbol"/>
                <w:sz w:val="16"/>
                <w:lang w:val="ro-RO"/>
              </w:rPr>
              <w:t>☐</w:t>
            </w:r>
            <w:r w:rsidRPr="00121688">
              <w:rPr>
                <w:rFonts w:ascii="Cambria" w:hAnsi="Cambria"/>
                <w:sz w:val="16"/>
                <w:lang w:val="ro-RO"/>
              </w:rPr>
              <w:t xml:space="preserve"> Documentației de amenajare a teritoriului / documentației de urbanism, pentru care se solicită analizarea și promovarea spre aprobare, având denumirea:</w:t>
            </w:r>
          </w:p>
          <w:p w14:paraId="449F8BE8" w14:textId="73254249" w:rsidR="00B23FEC" w:rsidRPr="00121688" w:rsidRDefault="00B23FEC">
            <w:pPr>
              <w:keepNext/>
              <w:rPr>
                <w:rFonts w:ascii="Cambria" w:hAnsi="Cambria"/>
                <w:lang w:val="ro-RO"/>
              </w:rPr>
            </w:pPr>
            <w:r w:rsidRPr="00121688">
              <w:rPr>
                <w:rFonts w:ascii="Cambria" w:hAnsi="Cambria"/>
                <w:sz w:val="16"/>
                <w:lang w:val="ro-RO"/>
              </w:rPr>
              <w:t>……………………………………………………………………………………………………………………………………………………….</w:t>
            </w:r>
          </w:p>
          <w:p w14:paraId="6C566C41" w14:textId="77777777" w:rsidR="00D06E85" w:rsidRPr="00121688" w:rsidRDefault="003177D5">
            <w:pPr>
              <w:keepNext/>
              <w:rPr>
                <w:rFonts w:ascii="Cambria" w:hAnsi="Cambria"/>
                <w:lang w:val="ro-RO"/>
              </w:rPr>
            </w:pPr>
            <w:r w:rsidRPr="00121688">
              <w:rPr>
                <w:rFonts w:ascii="Segoe UI Symbol" w:hAnsi="Segoe UI Symbol" w:cs="Segoe UI Symbol"/>
                <w:sz w:val="16"/>
                <w:lang w:val="ro-RO"/>
              </w:rPr>
              <w:t>☐</w:t>
            </w:r>
            <w:r w:rsidRPr="00121688">
              <w:rPr>
                <w:rFonts w:ascii="Cambria" w:hAnsi="Cambria"/>
                <w:sz w:val="16"/>
                <w:lang w:val="ro-RO"/>
              </w:rPr>
              <w:t xml:space="preserve"> Investiției, pentru care se solicită emiterea autorizației de construire / desființare / organizare de șantier</w:t>
            </w:r>
          </w:p>
        </w:tc>
      </w:tr>
      <w:tr w:rsidR="00D06E85" w:rsidRPr="00121688" w14:paraId="038DB130" w14:textId="77777777" w:rsidTr="00121688">
        <w:trPr>
          <w:jc w:val="center"/>
        </w:trPr>
        <w:tc>
          <w:tcPr>
            <w:tcW w:w="9636" w:type="dxa"/>
            <w:gridSpan w:val="7"/>
          </w:tcPr>
          <w:p w14:paraId="448F3330" w14:textId="77777777" w:rsidR="00D06E85" w:rsidRPr="00121688" w:rsidRDefault="00D06E85">
            <w:pPr>
              <w:keepNext/>
              <w:pBdr>
                <w:bottom w:val="dotted" w:sz="6" w:space="0" w:color="999999"/>
              </w:pBdr>
              <w:spacing w:after="80"/>
              <w:rPr>
                <w:rFonts w:ascii="Cambria" w:hAnsi="Cambria"/>
                <w:lang w:val="ro-RO"/>
              </w:rPr>
            </w:pPr>
          </w:p>
          <w:p w14:paraId="44AB8803" w14:textId="77777777" w:rsidR="00D06E85" w:rsidRPr="00121688" w:rsidRDefault="00D06E85">
            <w:pPr>
              <w:keepNext/>
              <w:pBdr>
                <w:bottom w:val="dotted" w:sz="6" w:space="0" w:color="999999"/>
              </w:pBdr>
              <w:spacing w:after="80"/>
              <w:rPr>
                <w:rFonts w:ascii="Cambria" w:hAnsi="Cambria"/>
                <w:lang w:val="ro-RO"/>
              </w:rPr>
            </w:pPr>
          </w:p>
        </w:tc>
      </w:tr>
      <w:tr w:rsidR="00D06E85" w:rsidRPr="00121688" w14:paraId="51F68824" w14:textId="77777777" w:rsidTr="00121688">
        <w:trPr>
          <w:trHeight w:val="510"/>
          <w:jc w:val="center"/>
        </w:trPr>
        <w:tc>
          <w:tcPr>
            <w:tcW w:w="3212" w:type="dxa"/>
          </w:tcPr>
          <w:p w14:paraId="6DD32699" w14:textId="77777777" w:rsidR="00D06E85" w:rsidRPr="00121688" w:rsidRDefault="003177D5">
            <w:pPr>
              <w:keepNext/>
              <w:rPr>
                <w:rFonts w:ascii="Cambria" w:hAnsi="Cambria"/>
                <w:lang w:val="ro-RO"/>
              </w:rPr>
            </w:pPr>
            <w:r w:rsidRPr="00121688">
              <w:rPr>
                <w:rFonts w:ascii="Cambria" w:hAnsi="Cambria"/>
                <w:b/>
                <w:lang w:val="ro-RO"/>
              </w:rPr>
              <w:t>în baza Certificatului de urbanism nr.</w:t>
            </w:r>
          </w:p>
          <w:p w14:paraId="587CA335" w14:textId="77777777" w:rsidR="00D06E85" w:rsidRPr="00121688" w:rsidRDefault="00D06E85">
            <w:pPr>
              <w:keepNext/>
              <w:rPr>
                <w:rFonts w:ascii="Cambria" w:hAnsi="Cambria"/>
                <w:lang w:val="ro-RO"/>
              </w:rPr>
            </w:pPr>
          </w:p>
        </w:tc>
        <w:tc>
          <w:tcPr>
            <w:tcW w:w="2409" w:type="dxa"/>
            <w:gridSpan w:val="3"/>
          </w:tcPr>
          <w:p w14:paraId="408E0A2F" w14:textId="77777777" w:rsidR="00D06E85" w:rsidRPr="00121688" w:rsidRDefault="003177D5">
            <w:pPr>
              <w:keepNext/>
              <w:rPr>
                <w:rFonts w:ascii="Cambria" w:hAnsi="Cambria"/>
                <w:lang w:val="ro-RO"/>
              </w:rPr>
            </w:pPr>
            <w:r w:rsidRPr="00121688">
              <w:rPr>
                <w:rFonts w:ascii="Cambria" w:hAnsi="Cambria"/>
                <w:b/>
                <w:lang w:val="ro-RO"/>
              </w:rPr>
              <w:t>din data de</w:t>
            </w:r>
          </w:p>
          <w:p w14:paraId="2429966D" w14:textId="77777777" w:rsidR="00D06E85" w:rsidRPr="00121688" w:rsidRDefault="00D06E85">
            <w:pPr>
              <w:keepNext/>
              <w:rPr>
                <w:rFonts w:ascii="Cambria" w:hAnsi="Cambria"/>
                <w:lang w:val="ro-RO"/>
              </w:rPr>
            </w:pPr>
          </w:p>
        </w:tc>
        <w:tc>
          <w:tcPr>
            <w:tcW w:w="4015" w:type="dxa"/>
            <w:gridSpan w:val="3"/>
          </w:tcPr>
          <w:p w14:paraId="6A7C95E8" w14:textId="77777777" w:rsidR="00D06E85" w:rsidRPr="00121688" w:rsidRDefault="003177D5">
            <w:pPr>
              <w:keepNext/>
              <w:rPr>
                <w:rFonts w:ascii="Cambria" w:hAnsi="Cambria"/>
                <w:lang w:val="ro-RO"/>
              </w:rPr>
            </w:pPr>
            <w:r w:rsidRPr="00121688">
              <w:rPr>
                <w:rFonts w:ascii="Cambria" w:hAnsi="Cambria"/>
                <w:b/>
                <w:lang w:val="ro-RO"/>
              </w:rPr>
              <w:t>emis de</w:t>
            </w:r>
          </w:p>
          <w:p w14:paraId="488FDBF8" w14:textId="77777777" w:rsidR="00D06E85" w:rsidRPr="00121688" w:rsidRDefault="00D06E85">
            <w:pPr>
              <w:keepNext/>
              <w:rPr>
                <w:rFonts w:ascii="Cambria" w:hAnsi="Cambria"/>
                <w:lang w:val="ro-RO"/>
              </w:rPr>
            </w:pPr>
          </w:p>
        </w:tc>
      </w:tr>
      <w:tr w:rsidR="00D06E85" w:rsidRPr="00121688" w14:paraId="14BF2781" w14:textId="77777777" w:rsidTr="00121688">
        <w:trPr>
          <w:jc w:val="center"/>
        </w:trPr>
        <w:tc>
          <w:tcPr>
            <w:tcW w:w="9636" w:type="dxa"/>
            <w:gridSpan w:val="7"/>
            <w:shd w:val="clear" w:color="auto" w:fill="F4F4F4"/>
          </w:tcPr>
          <w:p w14:paraId="42AA27A1" w14:textId="77777777" w:rsidR="00D06E85" w:rsidRPr="00121688" w:rsidRDefault="003177D5">
            <w:pPr>
              <w:keepNext/>
              <w:rPr>
                <w:rFonts w:ascii="Cambria" w:hAnsi="Cambria"/>
                <w:lang w:val="ro-RO"/>
              </w:rPr>
            </w:pPr>
            <w:r w:rsidRPr="00121688">
              <w:rPr>
                <w:rFonts w:ascii="Cambria" w:hAnsi="Cambria"/>
                <w:sz w:val="16"/>
                <w:lang w:val="ro-RO"/>
              </w:rPr>
              <w:t xml:space="preserve"> având ca amplasament imobilul (teren și/sau construcții), situat în:</w:t>
            </w:r>
          </w:p>
        </w:tc>
      </w:tr>
      <w:tr w:rsidR="00D06E85" w:rsidRPr="00121688" w14:paraId="28EC9FF0" w14:textId="77777777" w:rsidTr="00121688">
        <w:trPr>
          <w:trHeight w:val="510"/>
          <w:jc w:val="center"/>
        </w:trPr>
        <w:tc>
          <w:tcPr>
            <w:tcW w:w="3212" w:type="dxa"/>
          </w:tcPr>
          <w:p w14:paraId="045B3571" w14:textId="77777777" w:rsidR="00D06E85" w:rsidRPr="00121688" w:rsidRDefault="003177D5">
            <w:pPr>
              <w:keepNext/>
              <w:rPr>
                <w:rFonts w:ascii="Cambria" w:hAnsi="Cambria"/>
                <w:lang w:val="ro-RO"/>
              </w:rPr>
            </w:pPr>
            <w:r w:rsidRPr="00121688">
              <w:rPr>
                <w:rFonts w:ascii="Cambria" w:hAnsi="Cambria"/>
                <w:b/>
                <w:lang w:val="ro-RO"/>
              </w:rPr>
              <w:t>Județul</w:t>
            </w:r>
          </w:p>
          <w:p w14:paraId="3A1DDEA8" w14:textId="77777777" w:rsidR="00D06E85" w:rsidRPr="00121688" w:rsidRDefault="00D06E85">
            <w:pPr>
              <w:keepNext/>
              <w:rPr>
                <w:rFonts w:ascii="Cambria" w:hAnsi="Cambria"/>
                <w:lang w:val="ro-RO"/>
              </w:rPr>
            </w:pPr>
          </w:p>
        </w:tc>
        <w:tc>
          <w:tcPr>
            <w:tcW w:w="3212" w:type="dxa"/>
            <w:gridSpan w:val="4"/>
          </w:tcPr>
          <w:p w14:paraId="26F3AC1F" w14:textId="77777777" w:rsidR="00D06E85" w:rsidRPr="00121688" w:rsidRDefault="003177D5">
            <w:pPr>
              <w:keepNext/>
              <w:rPr>
                <w:rFonts w:ascii="Cambria" w:hAnsi="Cambria"/>
                <w:lang w:val="ro-RO"/>
              </w:rPr>
            </w:pPr>
            <w:r w:rsidRPr="00121688">
              <w:rPr>
                <w:rFonts w:ascii="Cambria" w:hAnsi="Cambria"/>
                <w:b/>
                <w:lang w:val="ro-RO"/>
              </w:rPr>
              <w:t>Municipiul / orașul / comuna</w:t>
            </w:r>
          </w:p>
          <w:p w14:paraId="6D1EF9F9" w14:textId="77777777" w:rsidR="00D06E85" w:rsidRPr="00121688" w:rsidRDefault="00D06E85">
            <w:pPr>
              <w:keepNext/>
              <w:rPr>
                <w:rFonts w:ascii="Cambria" w:hAnsi="Cambria"/>
                <w:lang w:val="ro-RO"/>
              </w:rPr>
            </w:pPr>
          </w:p>
        </w:tc>
        <w:tc>
          <w:tcPr>
            <w:tcW w:w="3212" w:type="dxa"/>
            <w:gridSpan w:val="2"/>
          </w:tcPr>
          <w:p w14:paraId="5868C80E" w14:textId="77777777" w:rsidR="00D06E85" w:rsidRPr="00121688" w:rsidRDefault="003177D5">
            <w:pPr>
              <w:keepNext/>
              <w:rPr>
                <w:rFonts w:ascii="Cambria" w:hAnsi="Cambria"/>
                <w:lang w:val="ro-RO"/>
              </w:rPr>
            </w:pPr>
            <w:r w:rsidRPr="00121688">
              <w:rPr>
                <w:rFonts w:ascii="Cambria" w:hAnsi="Cambria"/>
                <w:b/>
                <w:lang w:val="ro-RO"/>
              </w:rPr>
              <w:t>Satul / sectorul</w:t>
            </w:r>
          </w:p>
          <w:p w14:paraId="46CFB201" w14:textId="77777777" w:rsidR="00D06E85" w:rsidRPr="00121688" w:rsidRDefault="00D06E85">
            <w:pPr>
              <w:keepNext/>
              <w:rPr>
                <w:rFonts w:ascii="Cambria" w:hAnsi="Cambria"/>
                <w:lang w:val="ro-RO"/>
              </w:rPr>
            </w:pPr>
          </w:p>
        </w:tc>
      </w:tr>
      <w:tr w:rsidR="00D06E85" w:rsidRPr="00121688" w14:paraId="4F5E562B" w14:textId="77777777" w:rsidTr="00121688">
        <w:trPr>
          <w:trHeight w:val="510"/>
          <w:jc w:val="center"/>
        </w:trPr>
        <w:tc>
          <w:tcPr>
            <w:tcW w:w="3212" w:type="dxa"/>
          </w:tcPr>
          <w:p w14:paraId="18C09048" w14:textId="77777777" w:rsidR="00D06E85" w:rsidRPr="00121688" w:rsidRDefault="003177D5">
            <w:pPr>
              <w:keepNext/>
              <w:rPr>
                <w:rFonts w:ascii="Cambria" w:hAnsi="Cambria"/>
                <w:lang w:val="ro-RO"/>
              </w:rPr>
            </w:pPr>
            <w:r w:rsidRPr="00121688">
              <w:rPr>
                <w:rFonts w:ascii="Cambria" w:hAnsi="Cambria"/>
                <w:b/>
                <w:lang w:val="ro-RO"/>
              </w:rPr>
              <w:t>Strada</w:t>
            </w:r>
          </w:p>
          <w:p w14:paraId="2E6BE8AF" w14:textId="77777777" w:rsidR="00D06E85" w:rsidRPr="00121688" w:rsidRDefault="00D06E85">
            <w:pPr>
              <w:keepNext/>
              <w:rPr>
                <w:rFonts w:ascii="Cambria" w:hAnsi="Cambria"/>
                <w:lang w:val="ro-RO"/>
              </w:rPr>
            </w:pPr>
          </w:p>
        </w:tc>
        <w:tc>
          <w:tcPr>
            <w:tcW w:w="803" w:type="dxa"/>
          </w:tcPr>
          <w:p w14:paraId="7CCA42D5" w14:textId="77777777" w:rsidR="00D06E85" w:rsidRPr="00121688" w:rsidRDefault="003177D5">
            <w:pPr>
              <w:keepNext/>
              <w:rPr>
                <w:rFonts w:ascii="Cambria" w:hAnsi="Cambria"/>
                <w:lang w:val="ro-RO"/>
              </w:rPr>
            </w:pPr>
            <w:r w:rsidRPr="00121688">
              <w:rPr>
                <w:rFonts w:ascii="Cambria" w:hAnsi="Cambria"/>
                <w:b/>
                <w:lang w:val="ro-RO"/>
              </w:rPr>
              <w:t>Nr.</w:t>
            </w:r>
          </w:p>
          <w:p w14:paraId="7672ED98" w14:textId="77777777" w:rsidR="00D06E85" w:rsidRPr="00121688" w:rsidRDefault="00D06E85">
            <w:pPr>
              <w:keepNext/>
              <w:rPr>
                <w:rFonts w:ascii="Cambria" w:hAnsi="Cambria"/>
                <w:lang w:val="ro-RO"/>
              </w:rPr>
            </w:pPr>
          </w:p>
        </w:tc>
        <w:tc>
          <w:tcPr>
            <w:tcW w:w="803" w:type="dxa"/>
          </w:tcPr>
          <w:p w14:paraId="3211E91D" w14:textId="77777777" w:rsidR="00D06E85" w:rsidRPr="00121688" w:rsidRDefault="003177D5">
            <w:pPr>
              <w:keepNext/>
              <w:rPr>
                <w:rFonts w:ascii="Cambria" w:hAnsi="Cambria"/>
                <w:lang w:val="ro-RO"/>
              </w:rPr>
            </w:pPr>
            <w:r w:rsidRPr="00121688">
              <w:rPr>
                <w:rFonts w:ascii="Cambria" w:hAnsi="Cambria"/>
                <w:b/>
                <w:lang w:val="ro-RO"/>
              </w:rPr>
              <w:t>Sc.</w:t>
            </w:r>
          </w:p>
          <w:p w14:paraId="7428D1FA" w14:textId="77777777" w:rsidR="00D06E85" w:rsidRPr="00121688" w:rsidRDefault="00D06E85">
            <w:pPr>
              <w:keepNext/>
              <w:rPr>
                <w:rFonts w:ascii="Cambria" w:hAnsi="Cambria"/>
                <w:lang w:val="ro-RO"/>
              </w:rPr>
            </w:pPr>
          </w:p>
        </w:tc>
        <w:tc>
          <w:tcPr>
            <w:tcW w:w="803" w:type="dxa"/>
          </w:tcPr>
          <w:p w14:paraId="5D0C58DB" w14:textId="77777777" w:rsidR="00D06E85" w:rsidRPr="00121688" w:rsidRDefault="003177D5">
            <w:pPr>
              <w:keepNext/>
              <w:rPr>
                <w:rFonts w:ascii="Cambria" w:hAnsi="Cambria"/>
                <w:lang w:val="ro-RO"/>
              </w:rPr>
            </w:pPr>
            <w:r w:rsidRPr="00121688">
              <w:rPr>
                <w:rFonts w:ascii="Cambria" w:hAnsi="Cambria"/>
                <w:b/>
                <w:lang w:val="ro-RO"/>
              </w:rPr>
              <w:t>Et.</w:t>
            </w:r>
          </w:p>
          <w:p w14:paraId="3DB9BF45" w14:textId="77777777" w:rsidR="00D06E85" w:rsidRPr="00121688" w:rsidRDefault="00D06E85">
            <w:pPr>
              <w:keepNext/>
              <w:rPr>
                <w:rFonts w:ascii="Cambria" w:hAnsi="Cambria"/>
                <w:lang w:val="ro-RO"/>
              </w:rPr>
            </w:pPr>
          </w:p>
        </w:tc>
        <w:tc>
          <w:tcPr>
            <w:tcW w:w="803" w:type="dxa"/>
          </w:tcPr>
          <w:p w14:paraId="19EBA19F" w14:textId="77777777" w:rsidR="00D06E85" w:rsidRPr="00121688" w:rsidRDefault="003177D5">
            <w:pPr>
              <w:keepNext/>
              <w:rPr>
                <w:rFonts w:ascii="Cambria" w:hAnsi="Cambria"/>
                <w:lang w:val="ro-RO"/>
              </w:rPr>
            </w:pPr>
            <w:r w:rsidRPr="00121688">
              <w:rPr>
                <w:rFonts w:ascii="Cambria" w:hAnsi="Cambria"/>
                <w:b/>
                <w:lang w:val="ro-RO"/>
              </w:rPr>
              <w:t>Ap.</w:t>
            </w:r>
          </w:p>
          <w:p w14:paraId="7FA40548" w14:textId="77777777" w:rsidR="00D06E85" w:rsidRPr="00121688" w:rsidRDefault="00D06E85">
            <w:pPr>
              <w:keepNext/>
              <w:rPr>
                <w:rFonts w:ascii="Cambria" w:hAnsi="Cambria"/>
                <w:lang w:val="ro-RO"/>
              </w:rPr>
            </w:pPr>
          </w:p>
        </w:tc>
        <w:tc>
          <w:tcPr>
            <w:tcW w:w="1606" w:type="dxa"/>
          </w:tcPr>
          <w:p w14:paraId="526BA805" w14:textId="77777777" w:rsidR="00D06E85" w:rsidRPr="00121688" w:rsidRDefault="003177D5">
            <w:pPr>
              <w:keepNext/>
              <w:rPr>
                <w:rFonts w:ascii="Cambria" w:hAnsi="Cambria"/>
                <w:lang w:val="ro-RO"/>
              </w:rPr>
            </w:pPr>
            <w:r w:rsidRPr="00121688">
              <w:rPr>
                <w:rFonts w:ascii="Cambria" w:hAnsi="Cambria"/>
                <w:b/>
                <w:lang w:val="ro-RO"/>
              </w:rPr>
              <w:t>Cod poștal</w:t>
            </w:r>
          </w:p>
          <w:p w14:paraId="0719B43E" w14:textId="77777777" w:rsidR="00D06E85" w:rsidRPr="00121688" w:rsidRDefault="00D06E85">
            <w:pPr>
              <w:keepNext/>
              <w:rPr>
                <w:rFonts w:ascii="Cambria" w:hAnsi="Cambria"/>
                <w:lang w:val="ro-RO"/>
              </w:rPr>
            </w:pPr>
          </w:p>
        </w:tc>
        <w:tc>
          <w:tcPr>
            <w:tcW w:w="1606" w:type="dxa"/>
          </w:tcPr>
          <w:p w14:paraId="00245BA2" w14:textId="77777777" w:rsidR="00D06E85" w:rsidRPr="00121688" w:rsidRDefault="003177D5">
            <w:pPr>
              <w:keepNext/>
              <w:rPr>
                <w:rFonts w:ascii="Cambria" w:hAnsi="Cambria"/>
                <w:lang w:val="ro-RO"/>
              </w:rPr>
            </w:pPr>
            <w:r w:rsidRPr="00121688">
              <w:rPr>
                <w:rFonts w:ascii="Cambria" w:hAnsi="Cambria"/>
                <w:b/>
                <w:lang w:val="ro-RO"/>
              </w:rPr>
              <w:t>Ț</w:t>
            </w:r>
            <w:r w:rsidRPr="00121688">
              <w:rPr>
                <w:rFonts w:ascii="Cambria" w:hAnsi="Cambria"/>
                <w:b/>
                <w:lang w:val="ro-RO"/>
              </w:rPr>
              <w:t>ara</w:t>
            </w:r>
          </w:p>
          <w:p w14:paraId="0DDC16AB" w14:textId="77777777" w:rsidR="00D06E85" w:rsidRPr="00121688" w:rsidRDefault="00D06E85">
            <w:pPr>
              <w:keepNext/>
              <w:rPr>
                <w:rFonts w:ascii="Cambria" w:hAnsi="Cambria"/>
                <w:lang w:val="ro-RO"/>
              </w:rPr>
            </w:pPr>
          </w:p>
        </w:tc>
      </w:tr>
      <w:tr w:rsidR="00D06E85" w:rsidRPr="00121688" w14:paraId="710B7BC2" w14:textId="77777777" w:rsidTr="00121688">
        <w:trPr>
          <w:trHeight w:val="510"/>
          <w:jc w:val="center"/>
        </w:trPr>
        <w:tc>
          <w:tcPr>
            <w:tcW w:w="4818" w:type="dxa"/>
            <w:gridSpan w:val="3"/>
          </w:tcPr>
          <w:p w14:paraId="711C92BB" w14:textId="77777777" w:rsidR="00D06E85" w:rsidRPr="00121688" w:rsidRDefault="003177D5">
            <w:pPr>
              <w:rPr>
                <w:rFonts w:ascii="Cambria" w:hAnsi="Cambria"/>
                <w:lang w:val="ro-RO"/>
              </w:rPr>
            </w:pPr>
            <w:r w:rsidRPr="00121688">
              <w:rPr>
                <w:rFonts w:ascii="Cambria" w:hAnsi="Cambria"/>
                <w:b/>
                <w:lang w:val="ro-RO"/>
              </w:rPr>
              <w:t>Cartea funciară nr.</w:t>
            </w:r>
          </w:p>
          <w:p w14:paraId="7035FD8D" w14:textId="77777777" w:rsidR="00D06E85" w:rsidRPr="00121688" w:rsidRDefault="00D06E85">
            <w:pPr>
              <w:rPr>
                <w:rFonts w:ascii="Cambria" w:hAnsi="Cambria"/>
                <w:lang w:val="ro-RO"/>
              </w:rPr>
            </w:pPr>
          </w:p>
        </w:tc>
        <w:tc>
          <w:tcPr>
            <w:tcW w:w="4818" w:type="dxa"/>
            <w:gridSpan w:val="4"/>
          </w:tcPr>
          <w:p w14:paraId="624D0088" w14:textId="77777777" w:rsidR="00D06E85" w:rsidRPr="00121688" w:rsidRDefault="003177D5">
            <w:pPr>
              <w:rPr>
                <w:rFonts w:ascii="Cambria" w:hAnsi="Cambria"/>
                <w:lang w:val="ro-RO"/>
              </w:rPr>
            </w:pPr>
            <w:r w:rsidRPr="00121688">
              <w:rPr>
                <w:rFonts w:ascii="Cambria" w:hAnsi="Cambria"/>
                <w:b/>
                <w:lang w:val="ro-RO"/>
              </w:rPr>
              <w:t>Nr. cadastral</w:t>
            </w:r>
          </w:p>
          <w:p w14:paraId="3F1A5A6A" w14:textId="77777777" w:rsidR="00D06E85" w:rsidRPr="00121688" w:rsidRDefault="00D06E85">
            <w:pPr>
              <w:rPr>
                <w:rFonts w:ascii="Cambria" w:hAnsi="Cambria"/>
                <w:lang w:val="ro-RO"/>
              </w:rPr>
            </w:pPr>
          </w:p>
        </w:tc>
      </w:tr>
    </w:tbl>
    <w:p w14:paraId="6097A6DA" w14:textId="77777777" w:rsidR="00D06E85" w:rsidRPr="00121688" w:rsidRDefault="00D06E85">
      <w:pPr>
        <w:spacing w:line="168" w:lineRule="auto"/>
        <w:rPr>
          <w:rFonts w:ascii="Cambria" w:hAnsi="Cambria"/>
          <w:lang w:val="ro-RO"/>
        </w:rPr>
      </w:pPr>
    </w:p>
    <w:p w14:paraId="34E8F042" w14:textId="53479934" w:rsidR="00D06E85" w:rsidRPr="00121688" w:rsidRDefault="00D06E85">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D06E85" w:rsidRPr="00121688" w14:paraId="646C354C" w14:textId="77777777" w:rsidTr="00121688">
        <w:trPr>
          <w:jc w:val="center"/>
        </w:trPr>
        <w:tc>
          <w:tcPr>
            <w:tcW w:w="9636" w:type="dxa"/>
            <w:shd w:val="clear" w:color="auto" w:fill="F4F4F4"/>
          </w:tcPr>
          <w:p w14:paraId="6755DF81" w14:textId="537513A9" w:rsidR="00D06E85" w:rsidRPr="00121688" w:rsidRDefault="003177D5">
            <w:pPr>
              <w:keepNext/>
              <w:rPr>
                <w:rFonts w:ascii="Cambria" w:hAnsi="Cambria"/>
                <w:lang w:val="ro-RO"/>
              </w:rPr>
            </w:pPr>
            <w:r w:rsidRPr="00121688">
              <w:rPr>
                <w:rFonts w:ascii="Cambria" w:hAnsi="Cambria"/>
                <w:b/>
                <w:sz w:val="16"/>
                <w:lang w:val="ro-RO"/>
              </w:rPr>
              <w:t xml:space="preserve"> 3. </w:t>
            </w:r>
            <w:r w:rsidRPr="00121688">
              <w:rPr>
                <w:rFonts w:ascii="Cambria" w:hAnsi="Cambria"/>
                <w:b/>
                <w:sz w:val="18"/>
                <w:lang w:val="ro-RO"/>
              </w:rPr>
              <w:t>DECLAR</w:t>
            </w:r>
            <w:r w:rsidR="00F146C8" w:rsidRPr="00121688">
              <w:rPr>
                <w:rFonts w:ascii="Cambria" w:hAnsi="Cambria"/>
                <w:b/>
                <w:sz w:val="18"/>
                <w:lang w:val="ro-RO"/>
              </w:rPr>
              <w:t xml:space="preserve"> PE PROPRIE RĂSPUNDERE</w:t>
            </w:r>
          </w:p>
        </w:tc>
      </w:tr>
      <w:tr w:rsidR="00D06E85" w:rsidRPr="00121688" w14:paraId="55F951F4" w14:textId="77777777" w:rsidTr="00121688">
        <w:trPr>
          <w:jc w:val="center"/>
        </w:trPr>
        <w:tc>
          <w:tcPr>
            <w:tcW w:w="9636" w:type="dxa"/>
          </w:tcPr>
          <w:p w14:paraId="264591DB" w14:textId="77777777" w:rsidR="00D06E85" w:rsidRPr="00121688" w:rsidRDefault="003177D5">
            <w:pPr>
              <w:keepNext/>
              <w:spacing w:line="228" w:lineRule="auto"/>
              <w:rPr>
                <w:rFonts w:ascii="Cambria" w:hAnsi="Cambria"/>
                <w:lang w:val="ro-RO"/>
              </w:rPr>
            </w:pPr>
            <w:r w:rsidRPr="00121688">
              <w:rPr>
                <w:rFonts w:ascii="Cambria" w:hAnsi="Cambria"/>
                <w:i/>
                <w:sz w:val="17"/>
                <w:lang w:val="ro-RO"/>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w:t>
            </w:r>
            <w:r w:rsidRPr="00121688">
              <w:rPr>
                <w:rFonts w:ascii="Cambria" w:hAnsi="Cambria"/>
                <w:i/>
                <w:sz w:val="17"/>
                <w:lang w:val="ro-RO"/>
              </w:rPr>
              <w:t>n condițiile legii:</w:t>
            </w:r>
          </w:p>
        </w:tc>
      </w:tr>
      <w:tr w:rsidR="00D06E85" w:rsidRPr="00121688" w14:paraId="5350B05D" w14:textId="77777777" w:rsidTr="00121688">
        <w:trPr>
          <w:jc w:val="center"/>
        </w:trPr>
        <w:tc>
          <w:tcPr>
            <w:tcW w:w="9636" w:type="dxa"/>
          </w:tcPr>
          <w:p w14:paraId="58C9DDD9" w14:textId="77777777" w:rsidR="00D06E85" w:rsidRPr="00121688" w:rsidRDefault="003177D5">
            <w:pPr>
              <w:keepNext/>
              <w:rPr>
                <w:rFonts w:ascii="Cambria" w:hAnsi="Cambria"/>
                <w:lang w:val="ro-RO"/>
              </w:rPr>
            </w:pPr>
            <w:r w:rsidRPr="00121688">
              <w:rPr>
                <w:rFonts w:ascii="Cambria" w:hAnsi="Cambria"/>
                <w:sz w:val="16"/>
                <w:lang w:val="ro-RO"/>
              </w:rPr>
              <w:t xml:space="preserve"> </w:t>
            </w:r>
            <w:r w:rsidRPr="00121688">
              <w:rPr>
                <w:rFonts w:ascii="Segoe UI Symbol" w:hAnsi="Segoe UI Symbol" w:cs="Segoe UI Symbol"/>
                <w:sz w:val="16"/>
                <w:lang w:val="ro-RO"/>
              </w:rPr>
              <w:t>☐</w:t>
            </w:r>
            <w:r w:rsidRPr="00121688">
              <w:rPr>
                <w:rFonts w:ascii="Cambria" w:hAnsi="Cambria"/>
                <w:sz w:val="16"/>
                <w:lang w:val="ro-RO"/>
              </w:rPr>
              <w:t xml:space="preserve"> nicio solicitare de clarificare, completare sau modificare</w:t>
            </w:r>
          </w:p>
        </w:tc>
      </w:tr>
      <w:tr w:rsidR="00D06E85" w:rsidRPr="00121688" w14:paraId="392E2A3D" w14:textId="77777777" w:rsidTr="00121688">
        <w:trPr>
          <w:jc w:val="center"/>
        </w:trPr>
        <w:tc>
          <w:tcPr>
            <w:tcW w:w="9636" w:type="dxa"/>
          </w:tcPr>
          <w:p w14:paraId="598AB427" w14:textId="77777777" w:rsidR="00D06E85" w:rsidRPr="00121688" w:rsidRDefault="003177D5">
            <w:pPr>
              <w:keepNext/>
              <w:rPr>
                <w:rFonts w:ascii="Cambria" w:hAnsi="Cambria"/>
                <w:lang w:val="ro-RO"/>
              </w:rPr>
            </w:pPr>
            <w:r w:rsidRPr="00121688">
              <w:rPr>
                <w:rFonts w:ascii="Cambria" w:hAnsi="Cambria"/>
                <w:sz w:val="16"/>
                <w:lang w:val="ro-RO"/>
              </w:rPr>
              <w:t xml:space="preserve"> </w:t>
            </w:r>
            <w:r w:rsidRPr="00121688">
              <w:rPr>
                <w:rFonts w:ascii="Segoe UI Symbol" w:hAnsi="Segoe UI Symbol" w:cs="Segoe UI Symbol"/>
                <w:sz w:val="16"/>
                <w:lang w:val="ro-RO"/>
              </w:rPr>
              <w:t>☐</w:t>
            </w:r>
            <w:r w:rsidRPr="00121688">
              <w:rPr>
                <w:rFonts w:ascii="Cambria" w:hAnsi="Cambria"/>
                <w:sz w:val="16"/>
                <w:lang w:val="ro-RO"/>
              </w:rPr>
              <w:t xml:space="preserve"> niciun aviz sau acord cu sau f</w:t>
            </w:r>
            <w:r w:rsidRPr="00121688">
              <w:rPr>
                <w:rFonts w:ascii="Cambria" w:hAnsi="Cambria" w:cs="Cambria"/>
                <w:sz w:val="16"/>
                <w:lang w:val="ro-RO"/>
              </w:rPr>
              <w:t>ă</w:t>
            </w:r>
            <w:r w:rsidRPr="00121688">
              <w:rPr>
                <w:rFonts w:ascii="Cambria" w:hAnsi="Cambria"/>
                <w:sz w:val="16"/>
                <w:lang w:val="ro-RO"/>
              </w:rPr>
              <w:t>r</w:t>
            </w:r>
            <w:r w:rsidRPr="00121688">
              <w:rPr>
                <w:rFonts w:ascii="Cambria" w:hAnsi="Cambria" w:cs="Cambria"/>
                <w:sz w:val="16"/>
                <w:lang w:val="ro-RO"/>
              </w:rPr>
              <w:t>ă</w:t>
            </w:r>
            <w:r w:rsidRPr="00121688">
              <w:rPr>
                <w:rFonts w:ascii="Cambria" w:hAnsi="Cambria"/>
                <w:sz w:val="16"/>
                <w:lang w:val="ro-RO"/>
              </w:rPr>
              <w:t xml:space="preserve"> condi</w:t>
            </w:r>
            <w:r w:rsidRPr="00121688">
              <w:rPr>
                <w:rFonts w:ascii="Cambria" w:hAnsi="Cambria" w:cs="Cambria"/>
                <w:sz w:val="16"/>
                <w:lang w:val="ro-RO"/>
              </w:rPr>
              <w:t>ț</w:t>
            </w:r>
            <w:r w:rsidRPr="00121688">
              <w:rPr>
                <w:rFonts w:ascii="Cambria" w:hAnsi="Cambria"/>
                <w:sz w:val="16"/>
                <w:lang w:val="ro-RO"/>
              </w:rPr>
              <w:t>ii</w:t>
            </w:r>
          </w:p>
        </w:tc>
      </w:tr>
      <w:tr w:rsidR="00D06E85" w:rsidRPr="00121688" w14:paraId="0504FCED" w14:textId="77777777" w:rsidTr="00121688">
        <w:trPr>
          <w:jc w:val="center"/>
        </w:trPr>
        <w:tc>
          <w:tcPr>
            <w:tcW w:w="9636" w:type="dxa"/>
          </w:tcPr>
          <w:p w14:paraId="3B17397B" w14:textId="77777777" w:rsidR="00D06E85" w:rsidRPr="00121688" w:rsidRDefault="003177D5">
            <w:pPr>
              <w:keepNext/>
              <w:rPr>
                <w:rFonts w:ascii="Cambria" w:hAnsi="Cambria"/>
                <w:lang w:val="ro-RO"/>
              </w:rPr>
            </w:pPr>
            <w:r w:rsidRPr="00121688">
              <w:rPr>
                <w:rFonts w:ascii="Cambria" w:hAnsi="Cambria"/>
                <w:sz w:val="16"/>
                <w:lang w:val="ro-RO"/>
              </w:rPr>
              <w:t xml:space="preserve"> </w:t>
            </w:r>
            <w:r w:rsidRPr="00121688">
              <w:rPr>
                <w:rFonts w:ascii="Segoe UI Symbol" w:hAnsi="Segoe UI Symbol" w:cs="Segoe UI Symbol"/>
                <w:sz w:val="16"/>
                <w:lang w:val="ro-RO"/>
              </w:rPr>
              <w:t>☐</w:t>
            </w:r>
            <w:r w:rsidRPr="00121688">
              <w:rPr>
                <w:rFonts w:ascii="Cambria" w:hAnsi="Cambria"/>
                <w:sz w:val="16"/>
                <w:lang w:val="ro-RO"/>
              </w:rPr>
              <w:t xml:space="preserve"> nicio adresă de respingere</w:t>
            </w:r>
          </w:p>
        </w:tc>
      </w:tr>
      <w:tr w:rsidR="00D06E85" w:rsidRPr="00121688" w14:paraId="48B239F6" w14:textId="77777777" w:rsidTr="00121688">
        <w:trPr>
          <w:jc w:val="center"/>
        </w:trPr>
        <w:tc>
          <w:tcPr>
            <w:tcW w:w="9636" w:type="dxa"/>
            <w:shd w:val="clear" w:color="auto" w:fill="F4F4F4"/>
          </w:tcPr>
          <w:p w14:paraId="2B67D063" w14:textId="77777777" w:rsidR="00D06E85" w:rsidRPr="00121688" w:rsidRDefault="003177D5">
            <w:pPr>
              <w:spacing w:line="228" w:lineRule="auto"/>
              <w:rPr>
                <w:rFonts w:ascii="Cambria" w:hAnsi="Cambria"/>
                <w:lang w:val="ro-RO"/>
              </w:rPr>
            </w:pPr>
            <w:r w:rsidRPr="00121688">
              <w:rPr>
                <w:rFonts w:ascii="Cambria" w:hAnsi="Cambria"/>
                <w:lang w:val="ro-RO"/>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c>
      </w:tr>
    </w:tbl>
    <w:p w14:paraId="78665D98" w14:textId="77777777" w:rsidR="00D06E85" w:rsidRPr="00121688" w:rsidRDefault="00D06E85">
      <w:pPr>
        <w:spacing w:line="168" w:lineRule="auto"/>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2"/>
        <w:gridCol w:w="1606"/>
        <w:gridCol w:w="2410"/>
        <w:gridCol w:w="1607"/>
        <w:gridCol w:w="1607"/>
        <w:gridCol w:w="1607"/>
      </w:tblGrid>
      <w:tr w:rsidR="00D06E85" w:rsidRPr="00121688" w14:paraId="410AFAE2" w14:textId="77777777" w:rsidTr="00121688">
        <w:trPr>
          <w:jc w:val="center"/>
        </w:trPr>
        <w:tc>
          <w:tcPr>
            <w:tcW w:w="9636" w:type="dxa"/>
            <w:gridSpan w:val="6"/>
            <w:shd w:val="clear" w:color="auto" w:fill="F4F4F4"/>
          </w:tcPr>
          <w:p w14:paraId="0A217826" w14:textId="77777777" w:rsidR="00D06E85" w:rsidRPr="00121688" w:rsidRDefault="003177D5">
            <w:pPr>
              <w:keepNext/>
              <w:rPr>
                <w:rFonts w:ascii="Cambria" w:hAnsi="Cambria"/>
                <w:lang w:val="ro-RO"/>
              </w:rPr>
            </w:pPr>
            <w:r w:rsidRPr="00121688">
              <w:rPr>
                <w:rFonts w:ascii="Cambria" w:hAnsi="Cambria"/>
                <w:b/>
                <w:sz w:val="16"/>
                <w:lang w:val="ro-RO"/>
              </w:rPr>
              <w:lastRenderedPageBreak/>
              <w:t xml:space="preserve"> </w:t>
            </w:r>
            <w:r w:rsidRPr="00121688">
              <w:rPr>
                <w:rFonts w:ascii="Cambria" w:hAnsi="Cambria"/>
                <w:b/>
                <w:sz w:val="16"/>
                <w:lang w:val="ro-RO"/>
              </w:rPr>
              <w:t xml:space="preserve">4. </w:t>
            </w:r>
            <w:r w:rsidRPr="00121688">
              <w:rPr>
                <w:rFonts w:ascii="Cambria" w:hAnsi="Cambria"/>
                <w:b/>
                <w:sz w:val="18"/>
                <w:lang w:val="ro-RO"/>
              </w:rPr>
              <w:t>AVIZELE / ACORDURILE PENTRU CARE SE INVOCĂ APROBAREA TACITĂ</w:t>
            </w:r>
          </w:p>
        </w:tc>
      </w:tr>
      <w:tr w:rsidR="00D06E85" w:rsidRPr="00121688" w14:paraId="541D569E" w14:textId="77777777" w:rsidTr="00121688">
        <w:trPr>
          <w:trHeight w:val="510"/>
          <w:jc w:val="center"/>
        </w:trPr>
        <w:tc>
          <w:tcPr>
            <w:tcW w:w="803" w:type="dxa"/>
          </w:tcPr>
          <w:p w14:paraId="5D4788F7" w14:textId="77777777" w:rsidR="00D06E85" w:rsidRPr="00121688" w:rsidRDefault="003177D5">
            <w:pPr>
              <w:keepNext/>
              <w:rPr>
                <w:rFonts w:ascii="Cambria" w:hAnsi="Cambria"/>
                <w:lang w:val="ro-RO"/>
              </w:rPr>
            </w:pPr>
            <w:r w:rsidRPr="00121688">
              <w:rPr>
                <w:rFonts w:ascii="Cambria" w:hAnsi="Cambria"/>
                <w:b/>
                <w:lang w:val="ro-RO"/>
              </w:rPr>
              <w:t>Nr. crt.</w:t>
            </w:r>
          </w:p>
          <w:p w14:paraId="1C5E55E8" w14:textId="77777777" w:rsidR="00D06E85" w:rsidRPr="00121688" w:rsidRDefault="00D06E85">
            <w:pPr>
              <w:keepNext/>
              <w:rPr>
                <w:rFonts w:ascii="Cambria" w:hAnsi="Cambria"/>
                <w:lang w:val="ro-RO"/>
              </w:rPr>
            </w:pPr>
          </w:p>
        </w:tc>
        <w:tc>
          <w:tcPr>
            <w:tcW w:w="1606" w:type="dxa"/>
          </w:tcPr>
          <w:p w14:paraId="6A126784" w14:textId="77777777" w:rsidR="00D06E85" w:rsidRPr="00121688" w:rsidRDefault="003177D5">
            <w:pPr>
              <w:keepNext/>
              <w:rPr>
                <w:rFonts w:ascii="Cambria" w:hAnsi="Cambria"/>
                <w:lang w:val="ro-RO"/>
              </w:rPr>
            </w:pPr>
            <w:r w:rsidRPr="00121688">
              <w:rPr>
                <w:rFonts w:ascii="Cambria" w:hAnsi="Cambria"/>
                <w:b/>
                <w:lang w:val="ro-RO"/>
              </w:rPr>
              <w:t>Avizul / acordul solicitat</w:t>
            </w:r>
          </w:p>
          <w:p w14:paraId="5F1A22AB" w14:textId="77777777" w:rsidR="00D06E85" w:rsidRPr="00121688" w:rsidRDefault="00D06E85">
            <w:pPr>
              <w:keepNext/>
              <w:rPr>
                <w:rFonts w:ascii="Cambria" w:hAnsi="Cambria"/>
                <w:lang w:val="ro-RO"/>
              </w:rPr>
            </w:pPr>
          </w:p>
        </w:tc>
        <w:tc>
          <w:tcPr>
            <w:tcW w:w="2409" w:type="dxa"/>
          </w:tcPr>
          <w:p w14:paraId="08B0F3A9" w14:textId="77777777" w:rsidR="00D06E85" w:rsidRPr="00121688" w:rsidRDefault="003177D5">
            <w:pPr>
              <w:keepNext/>
              <w:rPr>
                <w:rFonts w:ascii="Cambria" w:hAnsi="Cambria"/>
                <w:lang w:val="ro-RO"/>
              </w:rPr>
            </w:pPr>
            <w:r w:rsidRPr="00121688">
              <w:rPr>
                <w:rFonts w:ascii="Cambria" w:hAnsi="Cambria"/>
                <w:b/>
                <w:lang w:val="ro-RO"/>
              </w:rPr>
              <w:t>Instituția / entitatea de la care s-a solicitat</w:t>
            </w:r>
          </w:p>
          <w:p w14:paraId="07803F57" w14:textId="77777777" w:rsidR="00D06E85" w:rsidRPr="00121688" w:rsidRDefault="00D06E85">
            <w:pPr>
              <w:keepNext/>
              <w:rPr>
                <w:rFonts w:ascii="Cambria" w:hAnsi="Cambria"/>
                <w:lang w:val="ro-RO"/>
              </w:rPr>
            </w:pPr>
          </w:p>
        </w:tc>
        <w:tc>
          <w:tcPr>
            <w:tcW w:w="1606" w:type="dxa"/>
          </w:tcPr>
          <w:p w14:paraId="5E0A8EC5" w14:textId="77777777" w:rsidR="00D06E85" w:rsidRPr="00121688" w:rsidRDefault="003177D5">
            <w:pPr>
              <w:keepNext/>
              <w:rPr>
                <w:rFonts w:ascii="Cambria" w:hAnsi="Cambria"/>
                <w:lang w:val="ro-RO"/>
              </w:rPr>
            </w:pPr>
            <w:r w:rsidRPr="00121688">
              <w:rPr>
                <w:rFonts w:ascii="Cambria" w:hAnsi="Cambria"/>
                <w:b/>
                <w:lang w:val="ro-RO"/>
              </w:rPr>
              <w:t>Dată și nr. înregistrare solicitare</w:t>
            </w:r>
          </w:p>
          <w:p w14:paraId="5614152D" w14:textId="77777777" w:rsidR="00D06E85" w:rsidRPr="00121688" w:rsidRDefault="00D06E85">
            <w:pPr>
              <w:keepNext/>
              <w:rPr>
                <w:rFonts w:ascii="Cambria" w:hAnsi="Cambria"/>
                <w:lang w:val="ro-RO"/>
              </w:rPr>
            </w:pPr>
          </w:p>
        </w:tc>
        <w:tc>
          <w:tcPr>
            <w:tcW w:w="1606" w:type="dxa"/>
          </w:tcPr>
          <w:p w14:paraId="5B7D319E" w14:textId="77777777" w:rsidR="00D06E85" w:rsidRPr="00121688" w:rsidRDefault="003177D5">
            <w:pPr>
              <w:keepNext/>
              <w:rPr>
                <w:rFonts w:ascii="Cambria" w:hAnsi="Cambria"/>
                <w:lang w:val="ro-RO"/>
              </w:rPr>
            </w:pPr>
            <w:r w:rsidRPr="00121688">
              <w:rPr>
                <w:rFonts w:ascii="Cambria" w:hAnsi="Cambria"/>
                <w:b/>
                <w:lang w:val="ro-RO"/>
              </w:rPr>
              <w:t>Dată și nr. depunere răspuns la clarificări</w:t>
            </w:r>
          </w:p>
          <w:p w14:paraId="6CE5652B" w14:textId="77777777" w:rsidR="00D06E85" w:rsidRPr="00121688" w:rsidRDefault="00D06E85">
            <w:pPr>
              <w:keepNext/>
              <w:rPr>
                <w:rFonts w:ascii="Cambria" w:hAnsi="Cambria"/>
                <w:lang w:val="ro-RO"/>
              </w:rPr>
            </w:pPr>
          </w:p>
        </w:tc>
        <w:tc>
          <w:tcPr>
            <w:tcW w:w="1606" w:type="dxa"/>
          </w:tcPr>
          <w:p w14:paraId="37671C9B" w14:textId="77777777" w:rsidR="00D06E85" w:rsidRPr="00121688" w:rsidRDefault="003177D5">
            <w:pPr>
              <w:keepNext/>
              <w:rPr>
                <w:rFonts w:ascii="Cambria" w:hAnsi="Cambria"/>
                <w:lang w:val="ro-RO"/>
              </w:rPr>
            </w:pPr>
            <w:r w:rsidRPr="00121688">
              <w:rPr>
                <w:rFonts w:ascii="Cambria" w:hAnsi="Cambria"/>
                <w:b/>
                <w:lang w:val="ro-RO"/>
              </w:rPr>
              <w:t>Data împlinirii termenului</w:t>
            </w:r>
          </w:p>
          <w:p w14:paraId="09C13510" w14:textId="77777777" w:rsidR="00D06E85" w:rsidRPr="00121688" w:rsidRDefault="00D06E85">
            <w:pPr>
              <w:keepNext/>
              <w:rPr>
                <w:rFonts w:ascii="Cambria" w:hAnsi="Cambria"/>
                <w:lang w:val="ro-RO"/>
              </w:rPr>
            </w:pPr>
          </w:p>
        </w:tc>
      </w:tr>
      <w:tr w:rsidR="00D06E85" w:rsidRPr="00121688" w14:paraId="48A100DF" w14:textId="77777777" w:rsidTr="00121688">
        <w:trPr>
          <w:trHeight w:val="510"/>
          <w:jc w:val="center"/>
        </w:trPr>
        <w:tc>
          <w:tcPr>
            <w:tcW w:w="803" w:type="dxa"/>
          </w:tcPr>
          <w:p w14:paraId="0490C0E5" w14:textId="77777777" w:rsidR="00D06E85" w:rsidRPr="00121688" w:rsidRDefault="00D06E85">
            <w:pPr>
              <w:keepNext/>
              <w:rPr>
                <w:rFonts w:ascii="Cambria" w:hAnsi="Cambria"/>
                <w:lang w:val="ro-RO"/>
              </w:rPr>
            </w:pPr>
          </w:p>
          <w:p w14:paraId="4044CE55" w14:textId="77777777" w:rsidR="00D06E85" w:rsidRPr="00121688" w:rsidRDefault="003177D5">
            <w:pPr>
              <w:keepNext/>
              <w:rPr>
                <w:rFonts w:ascii="Cambria" w:hAnsi="Cambria"/>
                <w:lang w:val="ro-RO"/>
              </w:rPr>
            </w:pPr>
            <w:r w:rsidRPr="00121688">
              <w:rPr>
                <w:rFonts w:ascii="Cambria" w:hAnsi="Cambria"/>
                <w:sz w:val="18"/>
                <w:lang w:val="ro-RO"/>
              </w:rPr>
              <w:t>1</w:t>
            </w:r>
          </w:p>
        </w:tc>
        <w:tc>
          <w:tcPr>
            <w:tcW w:w="1606" w:type="dxa"/>
          </w:tcPr>
          <w:p w14:paraId="2AAC751D" w14:textId="77777777" w:rsidR="00D06E85" w:rsidRPr="00121688" w:rsidRDefault="00D06E85">
            <w:pPr>
              <w:keepNext/>
              <w:rPr>
                <w:rFonts w:ascii="Cambria" w:hAnsi="Cambria"/>
                <w:lang w:val="ro-RO"/>
              </w:rPr>
            </w:pPr>
          </w:p>
        </w:tc>
        <w:tc>
          <w:tcPr>
            <w:tcW w:w="2409" w:type="dxa"/>
          </w:tcPr>
          <w:p w14:paraId="35159208" w14:textId="77777777" w:rsidR="00D06E85" w:rsidRPr="00121688" w:rsidRDefault="00D06E85">
            <w:pPr>
              <w:keepNext/>
              <w:rPr>
                <w:rFonts w:ascii="Cambria" w:hAnsi="Cambria"/>
                <w:lang w:val="ro-RO"/>
              </w:rPr>
            </w:pPr>
          </w:p>
        </w:tc>
        <w:tc>
          <w:tcPr>
            <w:tcW w:w="1606" w:type="dxa"/>
          </w:tcPr>
          <w:p w14:paraId="1790151A" w14:textId="77777777" w:rsidR="00D06E85" w:rsidRPr="00121688" w:rsidRDefault="00D06E85">
            <w:pPr>
              <w:keepNext/>
              <w:rPr>
                <w:rFonts w:ascii="Cambria" w:hAnsi="Cambria"/>
                <w:lang w:val="ro-RO"/>
              </w:rPr>
            </w:pPr>
          </w:p>
        </w:tc>
        <w:tc>
          <w:tcPr>
            <w:tcW w:w="1606" w:type="dxa"/>
          </w:tcPr>
          <w:p w14:paraId="0D8631E8" w14:textId="77777777" w:rsidR="00D06E85" w:rsidRPr="00121688" w:rsidRDefault="00D06E85">
            <w:pPr>
              <w:keepNext/>
              <w:rPr>
                <w:rFonts w:ascii="Cambria" w:hAnsi="Cambria"/>
                <w:lang w:val="ro-RO"/>
              </w:rPr>
            </w:pPr>
          </w:p>
        </w:tc>
        <w:tc>
          <w:tcPr>
            <w:tcW w:w="1606" w:type="dxa"/>
          </w:tcPr>
          <w:p w14:paraId="7035523E" w14:textId="77777777" w:rsidR="00D06E85" w:rsidRPr="00121688" w:rsidRDefault="00D06E85">
            <w:pPr>
              <w:keepNext/>
              <w:rPr>
                <w:rFonts w:ascii="Cambria" w:hAnsi="Cambria"/>
                <w:lang w:val="ro-RO"/>
              </w:rPr>
            </w:pPr>
          </w:p>
        </w:tc>
      </w:tr>
      <w:tr w:rsidR="00D06E85" w:rsidRPr="00121688" w14:paraId="1D7536D3" w14:textId="77777777" w:rsidTr="00121688">
        <w:trPr>
          <w:trHeight w:val="510"/>
          <w:jc w:val="center"/>
        </w:trPr>
        <w:tc>
          <w:tcPr>
            <w:tcW w:w="803" w:type="dxa"/>
          </w:tcPr>
          <w:p w14:paraId="63AB37A9" w14:textId="77777777" w:rsidR="00D06E85" w:rsidRPr="00121688" w:rsidRDefault="00D06E85">
            <w:pPr>
              <w:keepNext/>
              <w:rPr>
                <w:rFonts w:ascii="Cambria" w:hAnsi="Cambria"/>
                <w:lang w:val="ro-RO"/>
              </w:rPr>
            </w:pPr>
          </w:p>
          <w:p w14:paraId="3A8347A1" w14:textId="77777777" w:rsidR="00D06E85" w:rsidRPr="00121688" w:rsidRDefault="003177D5">
            <w:pPr>
              <w:keepNext/>
              <w:rPr>
                <w:rFonts w:ascii="Cambria" w:hAnsi="Cambria"/>
                <w:lang w:val="ro-RO"/>
              </w:rPr>
            </w:pPr>
            <w:r w:rsidRPr="00121688">
              <w:rPr>
                <w:rFonts w:ascii="Cambria" w:hAnsi="Cambria"/>
                <w:sz w:val="18"/>
                <w:lang w:val="ro-RO"/>
              </w:rPr>
              <w:t>2</w:t>
            </w:r>
          </w:p>
        </w:tc>
        <w:tc>
          <w:tcPr>
            <w:tcW w:w="1606" w:type="dxa"/>
          </w:tcPr>
          <w:p w14:paraId="595FC148" w14:textId="77777777" w:rsidR="00D06E85" w:rsidRPr="00121688" w:rsidRDefault="00D06E85">
            <w:pPr>
              <w:keepNext/>
              <w:rPr>
                <w:rFonts w:ascii="Cambria" w:hAnsi="Cambria"/>
                <w:lang w:val="ro-RO"/>
              </w:rPr>
            </w:pPr>
          </w:p>
        </w:tc>
        <w:tc>
          <w:tcPr>
            <w:tcW w:w="2409" w:type="dxa"/>
          </w:tcPr>
          <w:p w14:paraId="4986C02C" w14:textId="77777777" w:rsidR="00D06E85" w:rsidRPr="00121688" w:rsidRDefault="00D06E85">
            <w:pPr>
              <w:keepNext/>
              <w:rPr>
                <w:rFonts w:ascii="Cambria" w:hAnsi="Cambria"/>
                <w:lang w:val="ro-RO"/>
              </w:rPr>
            </w:pPr>
          </w:p>
        </w:tc>
        <w:tc>
          <w:tcPr>
            <w:tcW w:w="1606" w:type="dxa"/>
          </w:tcPr>
          <w:p w14:paraId="518729BB" w14:textId="77777777" w:rsidR="00D06E85" w:rsidRPr="00121688" w:rsidRDefault="00D06E85">
            <w:pPr>
              <w:keepNext/>
              <w:rPr>
                <w:rFonts w:ascii="Cambria" w:hAnsi="Cambria"/>
                <w:lang w:val="ro-RO"/>
              </w:rPr>
            </w:pPr>
          </w:p>
        </w:tc>
        <w:tc>
          <w:tcPr>
            <w:tcW w:w="1606" w:type="dxa"/>
          </w:tcPr>
          <w:p w14:paraId="4958CB4B" w14:textId="77777777" w:rsidR="00D06E85" w:rsidRPr="00121688" w:rsidRDefault="00D06E85">
            <w:pPr>
              <w:keepNext/>
              <w:rPr>
                <w:rFonts w:ascii="Cambria" w:hAnsi="Cambria"/>
                <w:lang w:val="ro-RO"/>
              </w:rPr>
            </w:pPr>
          </w:p>
        </w:tc>
        <w:tc>
          <w:tcPr>
            <w:tcW w:w="1606" w:type="dxa"/>
          </w:tcPr>
          <w:p w14:paraId="6E7BC659" w14:textId="77777777" w:rsidR="00D06E85" w:rsidRPr="00121688" w:rsidRDefault="00D06E85">
            <w:pPr>
              <w:keepNext/>
              <w:rPr>
                <w:rFonts w:ascii="Cambria" w:hAnsi="Cambria"/>
                <w:lang w:val="ro-RO"/>
              </w:rPr>
            </w:pPr>
          </w:p>
        </w:tc>
      </w:tr>
      <w:tr w:rsidR="00D06E85" w:rsidRPr="00121688" w14:paraId="66D73194" w14:textId="77777777" w:rsidTr="00121688">
        <w:trPr>
          <w:trHeight w:val="510"/>
          <w:jc w:val="center"/>
        </w:trPr>
        <w:tc>
          <w:tcPr>
            <w:tcW w:w="803" w:type="dxa"/>
          </w:tcPr>
          <w:p w14:paraId="34C5051C" w14:textId="77777777" w:rsidR="00D06E85" w:rsidRPr="00121688" w:rsidRDefault="00D06E85">
            <w:pPr>
              <w:keepNext/>
              <w:rPr>
                <w:rFonts w:ascii="Cambria" w:hAnsi="Cambria"/>
                <w:lang w:val="ro-RO"/>
              </w:rPr>
            </w:pPr>
          </w:p>
          <w:p w14:paraId="0561CF74" w14:textId="77777777" w:rsidR="00D06E85" w:rsidRPr="00121688" w:rsidRDefault="003177D5">
            <w:pPr>
              <w:keepNext/>
              <w:rPr>
                <w:rFonts w:ascii="Cambria" w:hAnsi="Cambria"/>
                <w:lang w:val="ro-RO"/>
              </w:rPr>
            </w:pPr>
            <w:r w:rsidRPr="00121688">
              <w:rPr>
                <w:rFonts w:ascii="Cambria" w:hAnsi="Cambria"/>
                <w:sz w:val="18"/>
                <w:lang w:val="ro-RO"/>
              </w:rPr>
              <w:t>3</w:t>
            </w:r>
          </w:p>
        </w:tc>
        <w:tc>
          <w:tcPr>
            <w:tcW w:w="1606" w:type="dxa"/>
          </w:tcPr>
          <w:p w14:paraId="1460452C" w14:textId="77777777" w:rsidR="00D06E85" w:rsidRPr="00121688" w:rsidRDefault="00D06E85">
            <w:pPr>
              <w:keepNext/>
              <w:rPr>
                <w:rFonts w:ascii="Cambria" w:hAnsi="Cambria"/>
                <w:lang w:val="ro-RO"/>
              </w:rPr>
            </w:pPr>
          </w:p>
        </w:tc>
        <w:tc>
          <w:tcPr>
            <w:tcW w:w="2409" w:type="dxa"/>
          </w:tcPr>
          <w:p w14:paraId="4C4A6D05" w14:textId="77777777" w:rsidR="00D06E85" w:rsidRPr="00121688" w:rsidRDefault="00D06E85">
            <w:pPr>
              <w:keepNext/>
              <w:rPr>
                <w:rFonts w:ascii="Cambria" w:hAnsi="Cambria"/>
                <w:lang w:val="ro-RO"/>
              </w:rPr>
            </w:pPr>
          </w:p>
        </w:tc>
        <w:tc>
          <w:tcPr>
            <w:tcW w:w="1606" w:type="dxa"/>
          </w:tcPr>
          <w:p w14:paraId="5E452FF5" w14:textId="77777777" w:rsidR="00D06E85" w:rsidRPr="00121688" w:rsidRDefault="00D06E85">
            <w:pPr>
              <w:keepNext/>
              <w:rPr>
                <w:rFonts w:ascii="Cambria" w:hAnsi="Cambria"/>
                <w:lang w:val="ro-RO"/>
              </w:rPr>
            </w:pPr>
          </w:p>
        </w:tc>
        <w:tc>
          <w:tcPr>
            <w:tcW w:w="1606" w:type="dxa"/>
          </w:tcPr>
          <w:p w14:paraId="1F4DAD5C" w14:textId="77777777" w:rsidR="00D06E85" w:rsidRPr="00121688" w:rsidRDefault="00D06E85">
            <w:pPr>
              <w:keepNext/>
              <w:rPr>
                <w:rFonts w:ascii="Cambria" w:hAnsi="Cambria"/>
                <w:lang w:val="ro-RO"/>
              </w:rPr>
            </w:pPr>
          </w:p>
        </w:tc>
        <w:tc>
          <w:tcPr>
            <w:tcW w:w="1606" w:type="dxa"/>
          </w:tcPr>
          <w:p w14:paraId="020076B8" w14:textId="77777777" w:rsidR="00D06E85" w:rsidRPr="00121688" w:rsidRDefault="00D06E85">
            <w:pPr>
              <w:keepNext/>
              <w:rPr>
                <w:rFonts w:ascii="Cambria" w:hAnsi="Cambria"/>
                <w:lang w:val="ro-RO"/>
              </w:rPr>
            </w:pPr>
          </w:p>
        </w:tc>
      </w:tr>
      <w:tr w:rsidR="00D06E85" w:rsidRPr="00121688" w14:paraId="25E96DD5" w14:textId="77777777" w:rsidTr="00121688">
        <w:trPr>
          <w:trHeight w:val="510"/>
          <w:jc w:val="center"/>
        </w:trPr>
        <w:tc>
          <w:tcPr>
            <w:tcW w:w="803" w:type="dxa"/>
          </w:tcPr>
          <w:p w14:paraId="6895F892" w14:textId="77777777" w:rsidR="00D06E85" w:rsidRPr="00121688" w:rsidRDefault="00D06E85">
            <w:pPr>
              <w:rPr>
                <w:rFonts w:ascii="Cambria" w:hAnsi="Cambria"/>
                <w:lang w:val="ro-RO"/>
              </w:rPr>
            </w:pPr>
          </w:p>
          <w:p w14:paraId="5C6DE8E8" w14:textId="77777777" w:rsidR="00D06E85" w:rsidRPr="00121688" w:rsidRDefault="003177D5">
            <w:pPr>
              <w:rPr>
                <w:rFonts w:ascii="Cambria" w:hAnsi="Cambria"/>
                <w:lang w:val="ro-RO"/>
              </w:rPr>
            </w:pPr>
            <w:r w:rsidRPr="00121688">
              <w:rPr>
                <w:rFonts w:ascii="Cambria" w:hAnsi="Cambria"/>
                <w:sz w:val="18"/>
                <w:lang w:val="ro-RO"/>
              </w:rPr>
              <w:t>4</w:t>
            </w:r>
          </w:p>
        </w:tc>
        <w:tc>
          <w:tcPr>
            <w:tcW w:w="1606" w:type="dxa"/>
          </w:tcPr>
          <w:p w14:paraId="7F8CED62" w14:textId="77777777" w:rsidR="00D06E85" w:rsidRPr="00121688" w:rsidRDefault="00D06E85">
            <w:pPr>
              <w:rPr>
                <w:rFonts w:ascii="Cambria" w:hAnsi="Cambria"/>
                <w:lang w:val="ro-RO"/>
              </w:rPr>
            </w:pPr>
          </w:p>
        </w:tc>
        <w:tc>
          <w:tcPr>
            <w:tcW w:w="2409" w:type="dxa"/>
          </w:tcPr>
          <w:p w14:paraId="5C7BD863" w14:textId="77777777" w:rsidR="00D06E85" w:rsidRPr="00121688" w:rsidRDefault="00D06E85">
            <w:pPr>
              <w:rPr>
                <w:rFonts w:ascii="Cambria" w:hAnsi="Cambria"/>
                <w:lang w:val="ro-RO"/>
              </w:rPr>
            </w:pPr>
          </w:p>
        </w:tc>
        <w:tc>
          <w:tcPr>
            <w:tcW w:w="1606" w:type="dxa"/>
          </w:tcPr>
          <w:p w14:paraId="16293DB0" w14:textId="77777777" w:rsidR="00D06E85" w:rsidRPr="00121688" w:rsidRDefault="00D06E85">
            <w:pPr>
              <w:rPr>
                <w:rFonts w:ascii="Cambria" w:hAnsi="Cambria"/>
                <w:lang w:val="ro-RO"/>
              </w:rPr>
            </w:pPr>
          </w:p>
        </w:tc>
        <w:tc>
          <w:tcPr>
            <w:tcW w:w="1606" w:type="dxa"/>
          </w:tcPr>
          <w:p w14:paraId="473035BF" w14:textId="77777777" w:rsidR="00D06E85" w:rsidRPr="00121688" w:rsidRDefault="00D06E85">
            <w:pPr>
              <w:rPr>
                <w:rFonts w:ascii="Cambria" w:hAnsi="Cambria"/>
                <w:lang w:val="ro-RO"/>
              </w:rPr>
            </w:pPr>
          </w:p>
        </w:tc>
        <w:tc>
          <w:tcPr>
            <w:tcW w:w="1606" w:type="dxa"/>
          </w:tcPr>
          <w:p w14:paraId="1F8AABB1" w14:textId="77777777" w:rsidR="00D06E85" w:rsidRPr="00121688" w:rsidRDefault="00D06E85">
            <w:pPr>
              <w:rPr>
                <w:rFonts w:ascii="Cambria" w:hAnsi="Cambria"/>
                <w:lang w:val="ro-RO"/>
              </w:rPr>
            </w:pPr>
          </w:p>
        </w:tc>
      </w:tr>
    </w:tbl>
    <w:p w14:paraId="072757A1" w14:textId="77777777" w:rsidR="00D06E85" w:rsidRPr="00121688" w:rsidRDefault="00D06E85">
      <w:pPr>
        <w:spacing w:line="168" w:lineRule="auto"/>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D06E85" w:rsidRPr="00121688" w14:paraId="7FE07876" w14:textId="77777777" w:rsidTr="00121688">
        <w:trPr>
          <w:jc w:val="center"/>
        </w:trPr>
        <w:tc>
          <w:tcPr>
            <w:tcW w:w="9636" w:type="dxa"/>
            <w:shd w:val="clear" w:color="auto" w:fill="F4F4F4"/>
          </w:tcPr>
          <w:p w14:paraId="0B596766" w14:textId="77777777" w:rsidR="00D06E85" w:rsidRPr="00121688" w:rsidRDefault="003177D5">
            <w:pPr>
              <w:keepNext/>
              <w:rPr>
                <w:rFonts w:ascii="Cambria" w:hAnsi="Cambria"/>
                <w:lang w:val="ro-RO"/>
              </w:rPr>
            </w:pPr>
            <w:r w:rsidRPr="00121688">
              <w:rPr>
                <w:rFonts w:ascii="Cambria" w:hAnsi="Cambria"/>
                <w:b/>
                <w:sz w:val="16"/>
                <w:lang w:val="ro-RO"/>
              </w:rPr>
              <w:t xml:space="preserve"> 5. </w:t>
            </w:r>
            <w:r w:rsidRPr="00121688">
              <w:rPr>
                <w:rFonts w:ascii="Cambria" w:hAnsi="Cambria"/>
                <w:b/>
                <w:sz w:val="18"/>
                <w:lang w:val="ro-RO"/>
              </w:rPr>
              <w:t>ASUMAREA RĂSPUNDERII ȘI CONSIMȚĂMÂNTUL</w:t>
            </w:r>
          </w:p>
        </w:tc>
      </w:tr>
      <w:tr w:rsidR="00D06E85" w:rsidRPr="00121688" w14:paraId="2A16B9F2" w14:textId="77777777" w:rsidTr="00121688">
        <w:trPr>
          <w:jc w:val="center"/>
        </w:trPr>
        <w:tc>
          <w:tcPr>
            <w:tcW w:w="9636" w:type="dxa"/>
          </w:tcPr>
          <w:p w14:paraId="617A40D9" w14:textId="77777777" w:rsidR="00D06E85" w:rsidRPr="00121688" w:rsidRDefault="003177D5">
            <w:pPr>
              <w:keepNext/>
              <w:spacing w:line="228" w:lineRule="auto"/>
              <w:rPr>
                <w:rFonts w:ascii="Cambria" w:hAnsi="Cambria"/>
                <w:lang w:val="ro-RO"/>
              </w:rPr>
            </w:pPr>
            <w:r w:rsidRPr="00121688">
              <w:rPr>
                <w:rFonts w:ascii="Cambria" w:hAnsi="Cambria"/>
                <w:i/>
                <w:sz w:val="17"/>
                <w:lang w:val="ro-RO"/>
              </w:rPr>
              <w:t xml:space="preserve">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w:t>
            </w:r>
            <w:r w:rsidRPr="00121688">
              <w:rPr>
                <w:rFonts w:ascii="Cambria" w:hAnsi="Cambria"/>
                <w:i/>
                <w:sz w:val="17"/>
                <w:lang w:val="ro-RO"/>
              </w:rPr>
              <w:t>declarații, constituie infracțiune și se pedepsește conform legii.</w:t>
            </w:r>
          </w:p>
        </w:tc>
      </w:tr>
      <w:tr w:rsidR="00D06E85" w:rsidRPr="00121688" w14:paraId="1F2EAE20" w14:textId="77777777" w:rsidTr="00121688">
        <w:trPr>
          <w:jc w:val="center"/>
        </w:trPr>
        <w:tc>
          <w:tcPr>
            <w:tcW w:w="9636" w:type="dxa"/>
            <w:shd w:val="clear" w:color="auto" w:fill="F4F4F4"/>
          </w:tcPr>
          <w:p w14:paraId="44E84F15" w14:textId="77777777" w:rsidR="00D06E85" w:rsidRPr="00121688" w:rsidRDefault="003177D5">
            <w:pPr>
              <w:keepNext/>
              <w:spacing w:line="228" w:lineRule="auto"/>
              <w:rPr>
                <w:rFonts w:ascii="Cambria" w:hAnsi="Cambria"/>
                <w:lang w:val="ro-RO"/>
              </w:rPr>
            </w:pPr>
            <w:r w:rsidRPr="00121688">
              <w:rPr>
                <w:rFonts w:ascii="Cambria" w:hAnsi="Cambria"/>
                <w:lang w:val="ro-RO"/>
              </w:rP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w:t>
            </w:r>
            <w:r w:rsidRPr="00121688">
              <w:rPr>
                <w:rFonts w:ascii="Cambria" w:hAnsi="Cambria"/>
                <w:lang w:val="ro-RO"/>
              </w:rPr>
              <w:t>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w:t>
            </w:r>
            <w:r w:rsidRPr="00121688">
              <w:rPr>
                <w:rFonts w:ascii="Cambria" w:hAnsi="Cambria"/>
                <w:lang w:val="ro-RO"/>
              </w:rPr>
              <w:t>ste necesar pentru ca părțile să își poată exercita drepturile legitime.</w:t>
            </w:r>
          </w:p>
        </w:tc>
      </w:tr>
      <w:tr w:rsidR="00D06E85" w:rsidRPr="00121688" w14:paraId="4ED5476F" w14:textId="77777777" w:rsidTr="00121688">
        <w:trPr>
          <w:jc w:val="center"/>
        </w:trPr>
        <w:tc>
          <w:tcPr>
            <w:tcW w:w="9636" w:type="dxa"/>
          </w:tcPr>
          <w:p w14:paraId="5CDABEC4" w14:textId="77777777" w:rsidR="00D06E85" w:rsidRPr="00121688" w:rsidRDefault="003177D5">
            <w:pPr>
              <w:spacing w:line="228" w:lineRule="auto"/>
              <w:rPr>
                <w:rFonts w:ascii="Cambria" w:hAnsi="Cambria"/>
                <w:lang w:val="ro-RO"/>
              </w:rPr>
            </w:pPr>
            <w:r w:rsidRPr="00121688">
              <w:rPr>
                <w:rFonts w:ascii="Cambria" w:hAnsi="Cambria"/>
                <w:i/>
                <w:sz w:val="17"/>
                <w:lang w:val="ro-RO"/>
              </w:rPr>
              <w:t>Am înțeles această declarație de consimțământ și sunt de acord cu prelucrarea datelor mele cu caracter personal.</w:t>
            </w:r>
          </w:p>
        </w:tc>
      </w:tr>
    </w:tbl>
    <w:p w14:paraId="67224C2E" w14:textId="77777777" w:rsidR="00D06E85" w:rsidRPr="00121688" w:rsidRDefault="00D06E85">
      <w:pPr>
        <w:spacing w:line="168" w:lineRule="auto"/>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20"/>
        <w:gridCol w:w="3213"/>
      </w:tblGrid>
      <w:tr w:rsidR="00D06E85" w:rsidRPr="00121688" w14:paraId="650C2586" w14:textId="77777777" w:rsidTr="00121688">
        <w:trPr>
          <w:jc w:val="center"/>
        </w:trPr>
        <w:tc>
          <w:tcPr>
            <w:tcW w:w="9636" w:type="dxa"/>
            <w:gridSpan w:val="3"/>
            <w:shd w:val="clear" w:color="auto" w:fill="F4F4F4"/>
          </w:tcPr>
          <w:p w14:paraId="29D17F44" w14:textId="77777777" w:rsidR="00D06E85" w:rsidRPr="00121688" w:rsidRDefault="003177D5">
            <w:pPr>
              <w:keepNext/>
              <w:rPr>
                <w:rFonts w:ascii="Cambria" w:hAnsi="Cambria"/>
                <w:lang w:val="ro-RO"/>
              </w:rPr>
            </w:pPr>
            <w:r w:rsidRPr="00121688">
              <w:rPr>
                <w:rFonts w:ascii="Cambria" w:hAnsi="Cambria"/>
                <w:b/>
                <w:sz w:val="16"/>
                <w:lang w:val="ro-RO"/>
              </w:rPr>
              <w:t xml:space="preserve"> 6. </w:t>
            </w:r>
            <w:r w:rsidRPr="00121688">
              <w:rPr>
                <w:rFonts w:ascii="Cambria" w:hAnsi="Cambria"/>
                <w:b/>
                <w:sz w:val="18"/>
                <w:lang w:val="ro-RO"/>
              </w:rPr>
              <w:t>DATA ȘI SEMNĂTURA</w:t>
            </w:r>
          </w:p>
        </w:tc>
      </w:tr>
      <w:tr w:rsidR="00D06E85" w:rsidRPr="00121688" w14:paraId="0EF0880A" w14:textId="77777777" w:rsidTr="00121688">
        <w:trPr>
          <w:trHeight w:val="510"/>
          <w:jc w:val="center"/>
        </w:trPr>
        <w:tc>
          <w:tcPr>
            <w:tcW w:w="1606" w:type="dxa"/>
          </w:tcPr>
          <w:p w14:paraId="1E086D02" w14:textId="77777777" w:rsidR="00D06E85" w:rsidRPr="00121688" w:rsidRDefault="003177D5">
            <w:pPr>
              <w:rPr>
                <w:rFonts w:ascii="Cambria" w:hAnsi="Cambria"/>
                <w:lang w:val="ro-RO"/>
              </w:rPr>
            </w:pPr>
            <w:r w:rsidRPr="00121688">
              <w:rPr>
                <w:rFonts w:ascii="Cambria" w:hAnsi="Cambria"/>
                <w:b/>
                <w:lang w:val="ro-RO"/>
              </w:rPr>
              <w:t>Data</w:t>
            </w:r>
          </w:p>
          <w:p w14:paraId="444AABB6" w14:textId="77777777" w:rsidR="00D06E85" w:rsidRPr="00121688" w:rsidRDefault="00D06E85">
            <w:pPr>
              <w:rPr>
                <w:rFonts w:ascii="Cambria" w:hAnsi="Cambria"/>
                <w:lang w:val="ro-RO"/>
              </w:rPr>
            </w:pPr>
          </w:p>
        </w:tc>
        <w:tc>
          <w:tcPr>
            <w:tcW w:w="4818" w:type="dxa"/>
          </w:tcPr>
          <w:p w14:paraId="7FAA319E" w14:textId="77777777" w:rsidR="00D06E85" w:rsidRPr="00121688" w:rsidRDefault="003177D5">
            <w:pPr>
              <w:rPr>
                <w:rFonts w:ascii="Cambria" w:hAnsi="Cambria"/>
                <w:lang w:val="ro-RO"/>
              </w:rPr>
            </w:pPr>
            <w:r w:rsidRPr="00121688">
              <w:rPr>
                <w:rFonts w:ascii="Cambria" w:hAnsi="Cambria"/>
                <w:b/>
                <w:lang w:val="ro-RO"/>
              </w:rPr>
              <w:t>Beneficiarul / reprezentantul</w:t>
            </w:r>
          </w:p>
          <w:p w14:paraId="3F3E65B2" w14:textId="77777777" w:rsidR="00D06E85" w:rsidRPr="00121688" w:rsidRDefault="00D06E85">
            <w:pPr>
              <w:rPr>
                <w:rFonts w:ascii="Cambria" w:hAnsi="Cambria"/>
                <w:lang w:val="ro-RO"/>
              </w:rPr>
            </w:pPr>
          </w:p>
        </w:tc>
        <w:tc>
          <w:tcPr>
            <w:tcW w:w="3212" w:type="dxa"/>
          </w:tcPr>
          <w:p w14:paraId="57D03BB3" w14:textId="77777777" w:rsidR="00D06E85" w:rsidRPr="00121688" w:rsidRDefault="003177D5">
            <w:pPr>
              <w:rPr>
                <w:rFonts w:ascii="Cambria" w:hAnsi="Cambria"/>
                <w:lang w:val="ro-RO"/>
              </w:rPr>
            </w:pPr>
            <w:r w:rsidRPr="00121688">
              <w:rPr>
                <w:rFonts w:ascii="Cambria" w:hAnsi="Cambria"/>
                <w:b/>
                <w:lang w:val="ro-RO"/>
              </w:rPr>
              <w:t>Semnătura</w:t>
            </w:r>
          </w:p>
          <w:p w14:paraId="6A8F1A4A" w14:textId="77777777" w:rsidR="00D06E85" w:rsidRPr="00121688" w:rsidRDefault="00D06E85">
            <w:pPr>
              <w:rPr>
                <w:rFonts w:ascii="Cambria" w:hAnsi="Cambria"/>
                <w:lang w:val="ro-RO"/>
              </w:rPr>
            </w:pPr>
          </w:p>
        </w:tc>
      </w:tr>
    </w:tbl>
    <w:p w14:paraId="3C9FA47A" w14:textId="77777777" w:rsidR="00D06E85" w:rsidRPr="00121688" w:rsidRDefault="00D06E85">
      <w:pPr>
        <w:spacing w:line="168" w:lineRule="auto"/>
        <w:rPr>
          <w:rFonts w:ascii="Cambria" w:hAnsi="Cambria"/>
          <w:lang w:val="ro-RO"/>
        </w:rPr>
      </w:pPr>
    </w:p>
    <w:sectPr w:rsidR="00D06E85" w:rsidRPr="00121688" w:rsidSect="00121688">
      <w:footerReference w:type="default" r:id="rId9"/>
      <w:pgSz w:w="11906" w:h="16838"/>
      <w:pgMar w:top="567" w:right="1134" w:bottom="567"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882C0" w14:textId="77777777" w:rsidR="003177D5" w:rsidRDefault="003177D5">
      <w:r>
        <w:separator/>
      </w:r>
    </w:p>
  </w:endnote>
  <w:endnote w:type="continuationSeparator" w:id="0">
    <w:p w14:paraId="769D88E0" w14:textId="77777777" w:rsidR="003177D5" w:rsidRDefault="00317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3177D5">
    <w:pPr>
      <w:pStyle w:val="Footer"/>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12818" w14:textId="77777777" w:rsidR="003177D5" w:rsidRDefault="003177D5">
      <w:r>
        <w:separator/>
      </w:r>
    </w:p>
  </w:footnote>
  <w:footnote w:type="continuationSeparator" w:id="0">
    <w:p w14:paraId="4BC95519" w14:textId="77777777" w:rsidR="003177D5" w:rsidRDefault="00317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1688"/>
    <w:rsid w:val="0015074B"/>
    <w:rsid w:val="0029639D"/>
    <w:rsid w:val="003177D5"/>
    <w:rsid w:val="00326F90"/>
    <w:rsid w:val="00424DBA"/>
    <w:rsid w:val="006C103E"/>
    <w:rsid w:val="00AA1D8D"/>
    <w:rsid w:val="00B04103"/>
    <w:rsid w:val="00B23FEC"/>
    <w:rsid w:val="00B47730"/>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VioB</cp:lastModifiedBy>
  <cp:revision>2</cp:revision>
  <dcterms:created xsi:type="dcterms:W3CDTF">2013-12-23T23:15:00Z</dcterms:created>
  <dcterms:modified xsi:type="dcterms:W3CDTF">2026-08-30T10:19:00Z</dcterms:modified>
  <cp:category/>
</cp:coreProperties>
</file>